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B7B60" w14:paraId="3449B50C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2D6E2C18" w14:textId="0FE82017" w:rsidR="00CB7B60" w:rsidRDefault="00A26088" w:rsidP="001C4405">
            <w:pPr>
              <w:keepNext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723CCF3" wp14:editId="4A5C25BC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42545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69E5C59" w14:textId="0975DB1F" w:rsidR="00CB7B60" w:rsidRDefault="00CB7B60" w:rsidP="001C4405">
            <w:pPr>
              <w:keepNext/>
            </w:pPr>
            <w:r>
              <w:rPr>
                <w:b/>
                <w:color w:val="0D5F78"/>
              </w:rPr>
              <w:t xml:space="preserve">Județul    </w:t>
            </w:r>
            <w:r w:rsidR="00A26088">
              <w:rPr>
                <w:b/>
                <w:bCs/>
                <w:sz w:val="20"/>
                <w:szCs w:val="20"/>
              </w:rPr>
              <w:t>MUREȘ</w:t>
            </w:r>
          </w:p>
        </w:tc>
      </w:tr>
      <w:tr w:rsidR="00CB7B60" w:rsidRPr="00755E4D" w14:paraId="5B2215AB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0AB36ACC" w14:textId="77777777" w:rsidR="00CB7B60" w:rsidRDefault="00CB7B60" w:rsidP="001C4405"/>
        </w:tc>
        <w:tc>
          <w:tcPr>
            <w:tcW w:w="8030" w:type="dxa"/>
            <w:gridSpan w:val="3"/>
            <w:shd w:val="clear" w:color="auto" w:fill="F0F0F0"/>
          </w:tcPr>
          <w:p w14:paraId="2014DAFE" w14:textId="721D0D7F" w:rsidR="00CB7B60" w:rsidRPr="00A26088" w:rsidRDefault="00CB7B60" w:rsidP="001C4405">
            <w:pPr>
              <w:keepNext/>
              <w:rPr>
                <w:b/>
                <w:bCs/>
                <w:sz w:val="20"/>
                <w:szCs w:val="20"/>
                <w:lang w:val="pt-PT"/>
              </w:rPr>
            </w:pPr>
            <w:r w:rsidRPr="00A26088">
              <w:rPr>
                <w:b/>
                <w:color w:val="0D5F78"/>
                <w:lang w:val="pt-PT"/>
              </w:rPr>
              <w:t xml:space="preserve">Autoritatea administrației publice    </w:t>
            </w:r>
            <w:r w:rsidR="00A26088" w:rsidRPr="000D2FE9">
              <w:rPr>
                <w:b/>
                <w:sz w:val="18"/>
                <w:szCs w:val="18"/>
                <w:lang w:val="pt-PT"/>
              </w:rPr>
              <w:t>PRIMĂRIA COMUNEI SÂNPAUL</w:t>
            </w:r>
          </w:p>
        </w:tc>
      </w:tr>
      <w:tr w:rsidR="00CB7B60" w:rsidRPr="00A26088" w14:paraId="56A55779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45A62154" w14:textId="77777777" w:rsidR="00CB7B60" w:rsidRPr="00A26088" w:rsidRDefault="00CB7B60" w:rsidP="001C4405">
            <w:pPr>
              <w:rPr>
                <w:lang w:val="pt-PT"/>
              </w:rPr>
            </w:pPr>
          </w:p>
        </w:tc>
        <w:tc>
          <w:tcPr>
            <w:tcW w:w="2409" w:type="dxa"/>
            <w:shd w:val="clear" w:color="auto" w:fill="F0F0F0"/>
          </w:tcPr>
          <w:p w14:paraId="1159760D" w14:textId="77777777" w:rsidR="00CB7B60" w:rsidRPr="00343BBA" w:rsidRDefault="00CB7B60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0127EBB" w14:textId="6A7B4F52" w:rsidR="00CB7B60" w:rsidRPr="00681BF0" w:rsidRDefault="00A26088" w:rsidP="00B77A95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</w:rPr>
              <w:t>4323497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09493A4" w14:textId="77777777" w:rsidR="00CB7B60" w:rsidRPr="004F799F" w:rsidRDefault="00CB7B60" w:rsidP="001C4405">
            <w:pPr>
              <w:keepNext/>
              <w:rPr>
                <w:lang w:val="fr-FR"/>
              </w:rPr>
            </w:pPr>
            <w:r w:rsidRPr="004F799F">
              <w:rPr>
                <w:b/>
                <w:color w:val="0D5F78"/>
                <w:lang w:val="fr-FR"/>
              </w:rPr>
              <w:t>Adresa oficială</w:t>
            </w:r>
          </w:p>
          <w:p w14:paraId="6B92F2FB" w14:textId="77777777" w:rsidR="00A26088" w:rsidRPr="000D2FE9" w:rsidRDefault="00A26088" w:rsidP="00A26088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nr.261A,  judeţul Mureș, cod poștal 547550</w:t>
            </w:r>
          </w:p>
          <w:p w14:paraId="2717C9CC" w14:textId="7F8080B7" w:rsidR="00CB7B60" w:rsidRPr="004F799F" w:rsidRDefault="00A26088" w:rsidP="00A26088">
            <w:pPr>
              <w:keepNext/>
              <w:rPr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CB7B60" w14:paraId="68704B76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201997EC" w14:textId="77777777" w:rsidR="00CB7B60" w:rsidRPr="004F799F" w:rsidRDefault="00CB7B60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0E5FFD8" w14:textId="77777777" w:rsidR="00CB7B60" w:rsidRDefault="00CB7B60" w:rsidP="001C4405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294C367" w14:textId="77777777" w:rsidR="00CB7B60" w:rsidRDefault="00CB7B60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01940A1" w14:textId="77777777" w:rsidR="00CB7B60" w:rsidRDefault="00CB7B60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3D11DC7" w14:textId="77777777" w:rsidR="00CB7B60" w:rsidRDefault="00CB7B60" w:rsidP="001C4405">
            <w:pPr>
              <w:keepNext/>
            </w:pPr>
          </w:p>
        </w:tc>
      </w:tr>
      <w:tr w:rsidR="00CB7B60" w:rsidRPr="00755E4D" w14:paraId="5B88CA73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70BD21F" w14:textId="77777777" w:rsidR="00CB7B60" w:rsidRPr="00343BBA" w:rsidRDefault="00CB7B60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CB7B60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Instituția</w:t>
            </w:r>
          </w:p>
          <w:p w14:paraId="08E70280" w14:textId="4E08F967" w:rsidR="007A6244" w:rsidRPr="009D5BC3" w:rsidRDefault="00A26088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</w:rPr>
              <w:t>PRIM</w:t>
            </w:r>
            <w:r w:rsidR="00755E4D">
              <w:rPr>
                <w:b/>
                <w:bCs/>
                <w:sz w:val="20"/>
                <w:szCs w:val="20"/>
              </w:rPr>
              <w:t>ĂRIA</w:t>
            </w:r>
            <w:r>
              <w:rPr>
                <w:b/>
                <w:bCs/>
                <w:sz w:val="20"/>
                <w:szCs w:val="20"/>
              </w:rPr>
              <w:t xml:space="preserve"> COMUNEI SÂNPAUL</w:t>
            </w:r>
          </w:p>
        </w:tc>
      </w:tr>
      <w:tr w:rsidR="007A6244" w:rsidRPr="00755E4D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64DFAA9E" w:rsidR="007A6244" w:rsidRPr="009D5BC3" w:rsidRDefault="00000000">
            <w:pPr>
              <w:spacing w:line="228" w:lineRule="auto"/>
              <w:rPr>
                <w:lang w:val="fr-FR"/>
              </w:rPr>
            </w:pPr>
            <w:r w:rsidRPr="009D5BC3">
              <w:rPr>
                <w:lang w:val="fr-FR"/>
              </w:rPr>
              <w:t>Cererea va fi transmisă către pr</w:t>
            </w:r>
            <w:r w:rsidR="00A26088">
              <w:rPr>
                <w:lang w:val="fr-FR"/>
              </w:rPr>
              <w:t>imarul comunei</w:t>
            </w:r>
            <w:r w:rsidR="00CB7B60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r w:rsidRPr="007F2503">
        <w:rPr>
          <w:sz w:val="18"/>
          <w:szCs w:val="18"/>
          <w:lang w:val="fr-FR"/>
        </w:rPr>
        <w:t>solicit:</w:t>
      </w:r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DURATEI DE EXECUȚIE, pentru cel mult 12 luni  /</w:t>
      </w:r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VALABILITĂȚII autorizației, pentru cel mult 12 luni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55E4D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Lucrările rămase de executat și motivarea</w:t>
            </w:r>
          </w:p>
        </w:tc>
      </w:tr>
      <w:tr w:rsidR="007A6244" w:rsidRPr="00755E4D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55E4D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autorizația de construire (în original)     ☐ documentul privind achitarea taxei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1D79D" w14:textId="77777777" w:rsidR="009851BA" w:rsidRDefault="009851BA">
      <w:r>
        <w:separator/>
      </w:r>
    </w:p>
  </w:endnote>
  <w:endnote w:type="continuationSeparator" w:id="0">
    <w:p w14:paraId="09D626BE" w14:textId="77777777" w:rsidR="009851BA" w:rsidRDefault="00985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5ACB" w14:textId="77777777" w:rsidR="009851BA" w:rsidRDefault="009851BA">
      <w:r>
        <w:separator/>
      </w:r>
    </w:p>
  </w:footnote>
  <w:footnote w:type="continuationSeparator" w:id="0">
    <w:p w14:paraId="675ECC05" w14:textId="77777777" w:rsidR="009851BA" w:rsidRDefault="00985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6A8"/>
    <w:rsid w:val="0015074B"/>
    <w:rsid w:val="0029639D"/>
    <w:rsid w:val="002E3AD3"/>
    <w:rsid w:val="00326F90"/>
    <w:rsid w:val="00367266"/>
    <w:rsid w:val="004B1106"/>
    <w:rsid w:val="00572CDE"/>
    <w:rsid w:val="006447C8"/>
    <w:rsid w:val="006C103E"/>
    <w:rsid w:val="00755E4D"/>
    <w:rsid w:val="007A6244"/>
    <w:rsid w:val="007F2503"/>
    <w:rsid w:val="008858B6"/>
    <w:rsid w:val="00911827"/>
    <w:rsid w:val="00972D35"/>
    <w:rsid w:val="009851BA"/>
    <w:rsid w:val="009C5408"/>
    <w:rsid w:val="009D5BC3"/>
    <w:rsid w:val="00A26088"/>
    <w:rsid w:val="00AA1D8D"/>
    <w:rsid w:val="00AA4749"/>
    <w:rsid w:val="00B16D9D"/>
    <w:rsid w:val="00B47730"/>
    <w:rsid w:val="00B77A95"/>
    <w:rsid w:val="00CB0664"/>
    <w:rsid w:val="00CB7B60"/>
    <w:rsid w:val="00D21BCF"/>
    <w:rsid w:val="00D32A0C"/>
    <w:rsid w:val="00E17BA8"/>
    <w:rsid w:val="00E61A6B"/>
    <w:rsid w:val="00E770F9"/>
    <w:rsid w:val="00E9126C"/>
    <w:rsid w:val="00F7117E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B7B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Dezvoltare</cp:lastModifiedBy>
  <cp:revision>7</cp:revision>
  <dcterms:created xsi:type="dcterms:W3CDTF">2026-09-02T07:12:00Z</dcterms:created>
  <dcterms:modified xsi:type="dcterms:W3CDTF">2026-10-09T10:27:00Z</dcterms:modified>
  <cp:category/>
</cp:coreProperties>
</file>