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93265" w14:paraId="1F6AD0ED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7DFA1FB5" w14:textId="293B2117" w:rsidR="00393265" w:rsidRDefault="002B385E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713244" wp14:editId="1491C266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-8255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F9F5AC9" w14:textId="7135031E" w:rsidR="00393265" w:rsidRDefault="00393265" w:rsidP="002B385E">
            <w:pPr>
              <w:keepNext/>
              <w:tabs>
                <w:tab w:val="left" w:pos="1710"/>
              </w:tabs>
            </w:pPr>
            <w:r>
              <w:rPr>
                <w:b/>
                <w:color w:val="0D5F78"/>
              </w:rPr>
              <w:t xml:space="preserve">Județul   </w:t>
            </w:r>
            <w:r w:rsidR="002B385E">
              <w:rPr>
                <w:b/>
                <w:bCs/>
                <w:sz w:val="20"/>
                <w:szCs w:val="20"/>
              </w:rPr>
              <w:t>MUREȘ</w:t>
            </w:r>
          </w:p>
        </w:tc>
      </w:tr>
      <w:tr w:rsidR="00393265" w:rsidRPr="004C6404" w14:paraId="65C802CB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5FDDC9F8" w14:textId="77777777" w:rsidR="00393265" w:rsidRDefault="00393265" w:rsidP="001C4405"/>
        </w:tc>
        <w:tc>
          <w:tcPr>
            <w:tcW w:w="8030" w:type="dxa"/>
            <w:gridSpan w:val="3"/>
            <w:shd w:val="clear" w:color="auto" w:fill="F0F0F0"/>
          </w:tcPr>
          <w:p w14:paraId="5A9A1FEF" w14:textId="42DD905A" w:rsidR="00393265" w:rsidRPr="002B385E" w:rsidRDefault="00393265" w:rsidP="001C4405">
            <w:pPr>
              <w:keepNext/>
              <w:rPr>
                <w:b/>
                <w:bCs/>
                <w:sz w:val="20"/>
                <w:szCs w:val="20"/>
                <w:lang w:val="pt-PT"/>
              </w:rPr>
            </w:pPr>
            <w:r w:rsidRPr="002B385E">
              <w:rPr>
                <w:b/>
                <w:color w:val="0D5F78"/>
                <w:lang w:val="pt-PT"/>
              </w:rPr>
              <w:t xml:space="preserve">Autoritatea administrației publice    </w:t>
            </w:r>
            <w:r w:rsidR="002B385E" w:rsidRPr="000D2FE9">
              <w:rPr>
                <w:b/>
                <w:sz w:val="18"/>
                <w:szCs w:val="18"/>
                <w:lang w:val="pt-PT"/>
              </w:rPr>
              <w:t>PRIMĂRIA COMUNEI SÂNPAUL</w:t>
            </w:r>
          </w:p>
        </w:tc>
      </w:tr>
      <w:tr w:rsidR="00393265" w:rsidRPr="002B385E" w14:paraId="2E00973E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451FFFF6" w14:textId="77777777" w:rsidR="00393265" w:rsidRPr="002B385E" w:rsidRDefault="00393265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77AB4E84" w14:textId="77777777" w:rsidR="00393265" w:rsidRPr="00343BBA" w:rsidRDefault="00393265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01F0091B" w14:textId="046D6B1A" w:rsidR="00393265" w:rsidRPr="00681BF0" w:rsidRDefault="002B385E" w:rsidP="00E815C8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99FAB1" w14:textId="77777777" w:rsidR="00393265" w:rsidRPr="004F799F" w:rsidRDefault="00393265" w:rsidP="001C4405">
            <w:pPr>
              <w:keepNext/>
              <w:rPr>
                <w:lang w:val="fr-FR"/>
              </w:rPr>
            </w:pPr>
            <w:r w:rsidRPr="004F799F">
              <w:rPr>
                <w:b/>
                <w:color w:val="0D5F78"/>
                <w:lang w:val="fr-FR"/>
              </w:rPr>
              <w:t>Adresa oficială</w:t>
            </w:r>
          </w:p>
          <w:p w14:paraId="29438F0E" w14:textId="77777777" w:rsidR="002B385E" w:rsidRPr="000D2FE9" w:rsidRDefault="002B385E" w:rsidP="002B385E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nr.261A,  judeţul Mureș, cod poștal 547550</w:t>
            </w:r>
          </w:p>
          <w:p w14:paraId="702DF443" w14:textId="1FD3E421" w:rsidR="00393265" w:rsidRPr="004F799F" w:rsidRDefault="002B385E" w:rsidP="002B385E">
            <w:pPr>
              <w:keepNext/>
              <w:rPr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393265" w14:paraId="11FCFDAD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67B6E463" w14:textId="77777777" w:rsidR="00393265" w:rsidRPr="004F799F" w:rsidRDefault="00393265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6E649303" w14:textId="77777777" w:rsidR="00393265" w:rsidRDefault="00393265" w:rsidP="001C440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2368CD42" w14:textId="77777777" w:rsidR="00393265" w:rsidRDefault="00393265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6971780" w14:textId="77777777" w:rsidR="00393265" w:rsidRDefault="00393265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D6D37A7" w14:textId="77777777" w:rsidR="00393265" w:rsidRDefault="00393265" w:rsidP="001C4405">
            <w:pPr>
              <w:keepNext/>
            </w:pPr>
          </w:p>
        </w:tc>
      </w:tr>
      <w:tr w:rsidR="00393265" w:rsidRPr="004C6404" w14:paraId="60D95DF5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19CA100" w14:textId="77777777" w:rsidR="00393265" w:rsidRPr="00343BBA" w:rsidRDefault="00393265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393265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Instituția</w:t>
            </w:r>
          </w:p>
          <w:p w14:paraId="5641DACE" w14:textId="12AC756C" w:rsidR="00A11ECC" w:rsidRPr="00E6757A" w:rsidRDefault="002B385E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</w:rPr>
              <w:t>PRIM</w:t>
            </w:r>
            <w:r w:rsidR="004C6404">
              <w:rPr>
                <w:b/>
                <w:bCs/>
                <w:sz w:val="20"/>
                <w:szCs w:val="20"/>
              </w:rPr>
              <w:t>ĂRIA</w:t>
            </w:r>
            <w:r>
              <w:rPr>
                <w:b/>
                <w:bCs/>
                <w:sz w:val="20"/>
                <w:szCs w:val="20"/>
              </w:rPr>
              <w:t xml:space="preserve"> COMUNEI SÂNPAUL</w:t>
            </w:r>
          </w:p>
        </w:tc>
      </w:tr>
      <w:tr w:rsidR="00A11ECC" w:rsidRPr="004C6404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5A5679FD" w:rsidR="00A11ECC" w:rsidRPr="00E6757A" w:rsidRDefault="00000000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Cererea va fi transmisă către pr</w:t>
            </w:r>
            <w:r w:rsidR="00786EE2">
              <w:rPr>
                <w:lang w:val="fr-FR"/>
              </w:rPr>
              <w:t>imarul comunei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4C6404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:rsidRPr="004C6404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2B385E" w:rsidRDefault="00000000">
            <w:pPr>
              <w:keepNext/>
              <w:rPr>
                <w:lang w:val="pt-PT"/>
              </w:rPr>
            </w:pPr>
            <w:r w:rsidRPr="002B385E">
              <w:rPr>
                <w:sz w:val="16"/>
                <w:lang w:val="pt-PT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4C6404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r>
              <w:rPr>
                <w:b/>
                <w:color w:val="0D5F78"/>
              </w:rPr>
              <w:t>în valoare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 lucrările de construcții autorizate</w:t>
            </w:r>
          </w:p>
          <w:p w14:paraId="3DC112F4" w14:textId="77777777" w:rsidR="00A11ECC" w:rsidRDefault="00000000">
            <w:r>
              <w:rPr>
                <w:i/>
                <w:color w:val="7A7A7A"/>
              </w:rPr>
              <w:t>pentru imobilul de mai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4C6404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93E95" w14:textId="77777777" w:rsidR="006F713F" w:rsidRDefault="006F713F">
      <w:r>
        <w:separator/>
      </w:r>
    </w:p>
  </w:endnote>
  <w:endnote w:type="continuationSeparator" w:id="0">
    <w:p w14:paraId="44BA8240" w14:textId="77777777" w:rsidR="006F713F" w:rsidRDefault="006F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E25BA" w14:textId="77777777" w:rsidR="006F713F" w:rsidRDefault="006F713F">
      <w:r>
        <w:separator/>
      </w:r>
    </w:p>
  </w:footnote>
  <w:footnote w:type="continuationSeparator" w:id="0">
    <w:p w14:paraId="14F1B6FD" w14:textId="77777777" w:rsidR="006F713F" w:rsidRDefault="006F7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C19"/>
    <w:rsid w:val="00034616"/>
    <w:rsid w:val="0006063C"/>
    <w:rsid w:val="00075FD0"/>
    <w:rsid w:val="0008748D"/>
    <w:rsid w:val="000A01C0"/>
    <w:rsid w:val="00123DA8"/>
    <w:rsid w:val="0015074B"/>
    <w:rsid w:val="00182EDC"/>
    <w:rsid w:val="001F772B"/>
    <w:rsid w:val="0029639D"/>
    <w:rsid w:val="002B385E"/>
    <w:rsid w:val="002E3AD3"/>
    <w:rsid w:val="00326F90"/>
    <w:rsid w:val="003373C7"/>
    <w:rsid w:val="00363819"/>
    <w:rsid w:val="00393265"/>
    <w:rsid w:val="00454FAA"/>
    <w:rsid w:val="004B1106"/>
    <w:rsid w:val="004C6404"/>
    <w:rsid w:val="00530E17"/>
    <w:rsid w:val="005A1F12"/>
    <w:rsid w:val="005F4372"/>
    <w:rsid w:val="006C103E"/>
    <w:rsid w:val="006F713F"/>
    <w:rsid w:val="00786EE2"/>
    <w:rsid w:val="00904FB9"/>
    <w:rsid w:val="00911827"/>
    <w:rsid w:val="009A3CE2"/>
    <w:rsid w:val="00A11ECC"/>
    <w:rsid w:val="00AA1D8D"/>
    <w:rsid w:val="00B02281"/>
    <w:rsid w:val="00B47730"/>
    <w:rsid w:val="00B80D27"/>
    <w:rsid w:val="00CB0664"/>
    <w:rsid w:val="00D375B5"/>
    <w:rsid w:val="00D5718B"/>
    <w:rsid w:val="00E61A6B"/>
    <w:rsid w:val="00E6757A"/>
    <w:rsid w:val="00E815C8"/>
    <w:rsid w:val="00ED2A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932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8</cp:revision>
  <dcterms:created xsi:type="dcterms:W3CDTF">2026-09-02T07:19:00Z</dcterms:created>
  <dcterms:modified xsi:type="dcterms:W3CDTF">2026-10-09T10:29:00Z</dcterms:modified>
  <cp:category/>
</cp:coreProperties>
</file>