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BB70" w14:textId="60B9B50E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50526" w14:paraId="02B31EBF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1D28C6B0" w14:textId="50502380" w:rsidR="00450526" w:rsidRDefault="00E4417C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B12B1D" wp14:editId="6D9A7B52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24765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05B1EA3" w14:textId="1BE8EBBC" w:rsidR="00450526" w:rsidRPr="00EF27FA" w:rsidRDefault="00450526" w:rsidP="001C4405">
            <w:pPr>
              <w:keepNext/>
              <w:rPr>
                <w:sz w:val="20"/>
                <w:szCs w:val="20"/>
              </w:rPr>
            </w:pPr>
            <w:r w:rsidRPr="00EF27FA">
              <w:rPr>
                <w:b/>
                <w:color w:val="0D5F78"/>
                <w:sz w:val="20"/>
                <w:szCs w:val="20"/>
              </w:rPr>
              <w:t xml:space="preserve">Județul    </w:t>
            </w:r>
            <w:r w:rsidR="00E4417C" w:rsidRPr="00EF27FA">
              <w:rPr>
                <w:b/>
                <w:sz w:val="20"/>
                <w:szCs w:val="20"/>
              </w:rPr>
              <w:t>M</w:t>
            </w:r>
            <w:r w:rsidR="00EF27FA" w:rsidRPr="00EF27FA">
              <w:rPr>
                <w:b/>
                <w:sz w:val="20"/>
                <w:szCs w:val="20"/>
              </w:rPr>
              <w:t>UREȘ</w:t>
            </w:r>
          </w:p>
        </w:tc>
      </w:tr>
      <w:tr w:rsidR="00450526" w:rsidRPr="00C638BE" w14:paraId="337A4D26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2CAF3C76" w14:textId="77777777" w:rsidR="00450526" w:rsidRDefault="00450526" w:rsidP="001C4405"/>
        </w:tc>
        <w:tc>
          <w:tcPr>
            <w:tcW w:w="8030" w:type="dxa"/>
            <w:gridSpan w:val="3"/>
            <w:shd w:val="clear" w:color="auto" w:fill="F0F0F0"/>
          </w:tcPr>
          <w:p w14:paraId="59AF41C0" w14:textId="5474BF91" w:rsidR="00450526" w:rsidRPr="00EF27FA" w:rsidRDefault="00450526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EF27FA">
              <w:rPr>
                <w:b/>
                <w:color w:val="0D5F78"/>
                <w:sz w:val="20"/>
                <w:szCs w:val="20"/>
                <w:lang w:val="pt-PT"/>
              </w:rPr>
              <w:t xml:space="preserve">Autoritatea administrației publice    </w:t>
            </w:r>
            <w:r w:rsidR="00E4417C" w:rsidRPr="00EF27FA">
              <w:rPr>
                <w:b/>
                <w:bCs/>
                <w:sz w:val="20"/>
                <w:szCs w:val="20"/>
                <w:lang w:val="pt-PT"/>
              </w:rPr>
              <w:t>PRIMĂRIA COMUNEI SÂNPAUL</w:t>
            </w:r>
          </w:p>
        </w:tc>
      </w:tr>
      <w:tr w:rsidR="00450526" w:rsidRPr="00E4417C" w14:paraId="1FF3B58A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75EE81F1" w14:textId="77777777" w:rsidR="00450526" w:rsidRPr="00E4417C" w:rsidRDefault="00450526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59FC0445" w14:textId="66FB4342" w:rsidR="00450526" w:rsidRPr="00EF27FA" w:rsidRDefault="00450526" w:rsidP="001C4405">
            <w:pPr>
              <w:keepNext/>
              <w:rPr>
                <w:sz w:val="20"/>
                <w:szCs w:val="20"/>
                <w:lang w:val="fr-FR"/>
              </w:rPr>
            </w:pPr>
            <w:r w:rsidRPr="00EF27FA">
              <w:rPr>
                <w:b/>
                <w:color w:val="0D5F78"/>
                <w:sz w:val="20"/>
                <w:szCs w:val="20"/>
                <w:lang w:val="fr-FR"/>
              </w:rPr>
              <w:t>Cod de identificare fiscală (CIF)</w:t>
            </w:r>
          </w:p>
          <w:p w14:paraId="343C9F83" w14:textId="06BDB551" w:rsidR="00450526" w:rsidRPr="00EF27FA" w:rsidRDefault="00E4417C" w:rsidP="00723D70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EF27FA">
              <w:rPr>
                <w:b/>
                <w:bCs/>
                <w:sz w:val="20"/>
                <w:szCs w:val="20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4C03344" w14:textId="77777777" w:rsidR="00450526" w:rsidRPr="00EF27FA" w:rsidRDefault="00450526" w:rsidP="001C4405">
            <w:pPr>
              <w:keepNext/>
              <w:rPr>
                <w:sz w:val="20"/>
                <w:szCs w:val="20"/>
                <w:lang w:val="fr-FR"/>
              </w:rPr>
            </w:pPr>
            <w:r w:rsidRPr="00EF27FA">
              <w:rPr>
                <w:b/>
                <w:color w:val="0D5F78"/>
                <w:sz w:val="20"/>
                <w:szCs w:val="20"/>
                <w:lang w:val="fr-FR"/>
              </w:rPr>
              <w:t>Adresa oficială</w:t>
            </w:r>
          </w:p>
          <w:p w14:paraId="525DB492" w14:textId="2233BD4C" w:rsidR="00723D70" w:rsidRPr="00EF27FA" w:rsidRDefault="00E4417C" w:rsidP="00723D7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EF27FA">
              <w:rPr>
                <w:b/>
                <w:bCs/>
                <w:sz w:val="20"/>
                <w:szCs w:val="20"/>
                <w:lang w:val="fr-FR"/>
              </w:rPr>
              <w:t xml:space="preserve">Sânpaul, nr.261A, </w:t>
            </w:r>
            <w:r w:rsidR="00723D70" w:rsidRPr="00EF27FA">
              <w:rPr>
                <w:b/>
                <w:bCs/>
                <w:sz w:val="20"/>
                <w:szCs w:val="20"/>
                <w:lang w:val="fr-FR"/>
              </w:rPr>
              <w:t xml:space="preserve"> judeţul </w:t>
            </w:r>
            <w:r w:rsidRPr="00EF27FA">
              <w:rPr>
                <w:b/>
                <w:bCs/>
                <w:sz w:val="20"/>
                <w:szCs w:val="20"/>
                <w:lang w:val="fr-FR"/>
              </w:rPr>
              <w:t>Mureș</w:t>
            </w:r>
            <w:r w:rsidR="00723D70" w:rsidRPr="00EF27FA">
              <w:rPr>
                <w:b/>
                <w:bCs/>
                <w:sz w:val="20"/>
                <w:szCs w:val="20"/>
                <w:lang w:val="fr-FR"/>
              </w:rPr>
              <w:t>,</w:t>
            </w:r>
            <w:r w:rsidRPr="00EF27FA">
              <w:rPr>
                <w:b/>
                <w:bCs/>
                <w:sz w:val="20"/>
                <w:szCs w:val="20"/>
                <w:lang w:val="fr-FR"/>
              </w:rPr>
              <w:t xml:space="preserve"> cod poștal 547550</w:t>
            </w:r>
          </w:p>
          <w:p w14:paraId="1BA42124" w14:textId="76642820" w:rsidR="00E4417C" w:rsidRPr="00EF27FA" w:rsidRDefault="00E4417C" w:rsidP="00723D7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EF27FA">
              <w:rPr>
                <w:b/>
                <w:bCs/>
                <w:sz w:val="20"/>
                <w:szCs w:val="20"/>
                <w:lang w:val="fr-FR"/>
              </w:rPr>
              <w:t>sinpaul@cjmures.ro</w:t>
            </w:r>
          </w:p>
          <w:p w14:paraId="19F32589" w14:textId="77777777" w:rsidR="00450526" w:rsidRPr="00EF27FA" w:rsidRDefault="00450526" w:rsidP="001C4405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450526" w14:paraId="155A1D8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3882E85" w14:textId="77777777" w:rsidR="00450526" w:rsidRPr="004F799F" w:rsidRDefault="00450526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A6D97C7" w14:textId="43804B6F" w:rsidR="00450526" w:rsidRPr="00EF27FA" w:rsidRDefault="00450526" w:rsidP="001C4405">
            <w:pPr>
              <w:keepNext/>
              <w:rPr>
                <w:sz w:val="20"/>
                <w:szCs w:val="20"/>
              </w:rPr>
            </w:pPr>
            <w:r w:rsidRPr="00EF27FA">
              <w:rPr>
                <w:b/>
                <w:color w:val="0D5F78"/>
                <w:sz w:val="20"/>
                <w:szCs w:val="20"/>
              </w:rPr>
              <w:t>Număr de înregistrare</w:t>
            </w:r>
          </w:p>
          <w:p w14:paraId="5964A9F9" w14:textId="77777777" w:rsidR="00450526" w:rsidRPr="00EF27FA" w:rsidRDefault="00450526" w:rsidP="001C440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F0F0F0"/>
          </w:tcPr>
          <w:p w14:paraId="05D998E4" w14:textId="62CC15E9" w:rsidR="00450526" w:rsidRPr="00EF27FA" w:rsidRDefault="00450526" w:rsidP="001C4405">
            <w:pPr>
              <w:keepNext/>
              <w:rPr>
                <w:sz w:val="20"/>
                <w:szCs w:val="20"/>
              </w:rPr>
            </w:pPr>
            <w:r w:rsidRPr="00EF27FA">
              <w:rPr>
                <w:b/>
                <w:color w:val="0D5F78"/>
                <w:sz w:val="20"/>
                <w:szCs w:val="20"/>
              </w:rPr>
              <w:t>Data</w:t>
            </w:r>
          </w:p>
          <w:p w14:paraId="07CB17BB" w14:textId="77777777" w:rsidR="00450526" w:rsidRPr="00EF27FA" w:rsidRDefault="00450526" w:rsidP="001C4405">
            <w:pPr>
              <w:keepNext/>
              <w:rPr>
                <w:sz w:val="20"/>
                <w:szCs w:val="20"/>
              </w:rPr>
            </w:pPr>
          </w:p>
        </w:tc>
      </w:tr>
      <w:tr w:rsidR="00450526" w:rsidRPr="00F25A58" w14:paraId="6F858EF9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D2C820A" w14:textId="0A7CECE9" w:rsidR="00450526" w:rsidRPr="00343BBA" w:rsidRDefault="00450526" w:rsidP="001C4405">
            <w:pPr>
              <w:rPr>
                <w:lang w:val="fr-FR"/>
              </w:rPr>
            </w:pPr>
          </w:p>
        </w:tc>
      </w:tr>
    </w:tbl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450526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14:paraId="5C4842F2" w14:textId="3B249CFC" w:rsidR="00E25052" w:rsidRPr="00F801F2" w:rsidRDefault="00E4417C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C638BE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C638BE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00DE95" w:rsidR="00E25052" w:rsidRPr="00F801F2" w:rsidRDefault="00000000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</w:t>
            </w:r>
            <w:r w:rsidR="00E4417C">
              <w:rPr>
                <w:lang w:val="fr-FR"/>
              </w:rPr>
              <w:t>imarul comunei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Pr="00450526" w:rsidRDefault="00000000">
      <w:pPr>
        <w:spacing w:before="80" w:after="60"/>
        <w:jc w:val="center"/>
        <w:rPr>
          <w:lang w:val="it-IT"/>
        </w:rPr>
      </w:pPr>
      <w:r w:rsidRPr="00450526">
        <w:rPr>
          <w:sz w:val="18"/>
          <w:lang w:val="it-IT"/>
        </w:rPr>
        <w:t>în conformitate cu prevederile Legii nr. 169/2026 privind Codul amenajării teritoriului, urbanismului și construcțiilor,</w:t>
      </w:r>
    </w:p>
    <w:p w14:paraId="2C7584EF" w14:textId="77777777" w:rsidR="00E25052" w:rsidRPr="00450526" w:rsidRDefault="00000000">
      <w:pPr>
        <w:spacing w:before="80" w:after="60"/>
        <w:jc w:val="center"/>
        <w:rPr>
          <w:lang w:val="it-IT"/>
        </w:rPr>
      </w:pPr>
      <w:r w:rsidRPr="00450526">
        <w:rPr>
          <w:sz w:val="18"/>
          <w:lang w:val="it-IT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C638BE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C638BE" w14:paraId="6A6C031B" w14:textId="77777777">
        <w:trPr>
          <w:cantSplit/>
        </w:trPr>
        <w:tc>
          <w:tcPr>
            <w:tcW w:w="9636" w:type="dxa"/>
          </w:tcPr>
          <w:p w14:paraId="67A2C72A" w14:textId="77777777" w:rsidR="00E25052" w:rsidRDefault="00000000">
            <w:pPr>
              <w:rPr>
                <w:sz w:val="16"/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  <w:p w14:paraId="119DB66C" w14:textId="77777777" w:rsidR="00E4417C" w:rsidRPr="00F801F2" w:rsidRDefault="00E4417C">
            <w:pPr>
              <w:rPr>
                <w:lang w:val="fr-FR"/>
              </w:rPr>
            </w:pPr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17A6" w14:textId="77777777" w:rsidR="00DA1300" w:rsidRDefault="00DA1300">
      <w:r>
        <w:separator/>
      </w:r>
    </w:p>
  </w:endnote>
  <w:endnote w:type="continuationSeparator" w:id="0">
    <w:p w14:paraId="2B83055B" w14:textId="77777777" w:rsidR="00DA1300" w:rsidRDefault="00DA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42DD0" w14:textId="77777777" w:rsidR="00DA1300" w:rsidRDefault="00DA1300">
      <w:r>
        <w:separator/>
      </w:r>
    </w:p>
  </w:footnote>
  <w:footnote w:type="continuationSeparator" w:id="0">
    <w:p w14:paraId="612F46D9" w14:textId="77777777" w:rsidR="00DA1300" w:rsidRDefault="00DA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450526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  <w:lang w:val="it-IT"/>
      </w:rPr>
    </w:pPr>
    <w:r w:rsidRPr="00450526">
      <w:rPr>
        <w:b/>
        <w:bCs/>
        <w:i/>
        <w:iCs/>
        <w:color w:val="595959"/>
        <w:sz w:val="24"/>
        <w:szCs w:val="24"/>
        <w:u w:val="single"/>
        <w:lang w:val="it-IT"/>
      </w:rPr>
      <w:t xml:space="preserve">Anexa nr.1  </w:t>
    </w:r>
  </w:p>
  <w:p w14:paraId="30A11B91" w14:textId="654108AB" w:rsidR="00F8517F" w:rsidRPr="00450526" w:rsidRDefault="00F8517F" w:rsidP="00F8517F">
    <w:pPr>
      <w:pStyle w:val="Header"/>
      <w:rPr>
        <w:b/>
        <w:bCs/>
        <w:color w:val="595959"/>
        <w:lang w:val="it-IT"/>
      </w:rPr>
    </w:pPr>
    <w:r w:rsidRPr="00450526">
      <w:rPr>
        <w:color w:val="595959"/>
        <w:lang w:val="it-IT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168"/>
    <w:rsid w:val="000F55B4"/>
    <w:rsid w:val="0015074B"/>
    <w:rsid w:val="0021562A"/>
    <w:rsid w:val="0029639D"/>
    <w:rsid w:val="002E3AD3"/>
    <w:rsid w:val="00326F90"/>
    <w:rsid w:val="003F549B"/>
    <w:rsid w:val="00450526"/>
    <w:rsid w:val="004B1106"/>
    <w:rsid w:val="00622FDF"/>
    <w:rsid w:val="006C103E"/>
    <w:rsid w:val="006C7957"/>
    <w:rsid w:val="00723D70"/>
    <w:rsid w:val="00763A7C"/>
    <w:rsid w:val="00861954"/>
    <w:rsid w:val="00911827"/>
    <w:rsid w:val="009B5021"/>
    <w:rsid w:val="009C4A02"/>
    <w:rsid w:val="00A67A3D"/>
    <w:rsid w:val="00AA1D8D"/>
    <w:rsid w:val="00B16250"/>
    <w:rsid w:val="00B47730"/>
    <w:rsid w:val="00BB5B3D"/>
    <w:rsid w:val="00BE763D"/>
    <w:rsid w:val="00C0365F"/>
    <w:rsid w:val="00C638BE"/>
    <w:rsid w:val="00C8154A"/>
    <w:rsid w:val="00C92AF2"/>
    <w:rsid w:val="00CB0664"/>
    <w:rsid w:val="00CB4DD4"/>
    <w:rsid w:val="00CF14CD"/>
    <w:rsid w:val="00D54E5F"/>
    <w:rsid w:val="00DA1300"/>
    <w:rsid w:val="00DD63AF"/>
    <w:rsid w:val="00E25052"/>
    <w:rsid w:val="00E4417C"/>
    <w:rsid w:val="00E61A6B"/>
    <w:rsid w:val="00EF27FA"/>
    <w:rsid w:val="00F25A58"/>
    <w:rsid w:val="00F3694C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505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10</cp:revision>
  <cp:lastPrinted>2026-09-22T07:24:00Z</cp:lastPrinted>
  <dcterms:created xsi:type="dcterms:W3CDTF">2026-09-02T07:41:00Z</dcterms:created>
  <dcterms:modified xsi:type="dcterms:W3CDTF">2026-10-09T10:31:00Z</dcterms:modified>
  <cp:category/>
</cp:coreProperties>
</file>