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86572" w14:paraId="05E64639" w14:textId="77777777" w:rsidTr="001C4405">
        <w:trPr>
          <w:cantSplit/>
          <w:trHeight w:val="350"/>
        </w:trPr>
        <w:tc>
          <w:tcPr>
            <w:tcW w:w="1606" w:type="dxa"/>
            <w:vMerge w:val="restart"/>
            <w:vAlign w:val="center"/>
          </w:tcPr>
          <w:p w14:paraId="2273BCF2" w14:textId="744F0F0B" w:rsidR="00386572" w:rsidRDefault="000D2FE9" w:rsidP="001C4405">
            <w:pPr>
              <w:keepNext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8011A7A" wp14:editId="3A52D997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17780</wp:posOffset>
                  </wp:positionV>
                  <wp:extent cx="882650" cy="1111885"/>
                  <wp:effectExtent l="0" t="0" r="0" b="0"/>
                  <wp:wrapNone/>
                  <wp:docPr id="810469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111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4D245539" w14:textId="18FFDE48" w:rsidR="00386572" w:rsidRPr="000D2FE9" w:rsidRDefault="00386572" w:rsidP="001C4405">
            <w:pPr>
              <w:keepNext/>
              <w:rPr>
                <w:sz w:val="18"/>
                <w:szCs w:val="18"/>
              </w:rPr>
            </w:pPr>
            <w:r w:rsidRPr="000D2FE9">
              <w:rPr>
                <w:b/>
                <w:color w:val="0D5F78"/>
                <w:sz w:val="18"/>
                <w:szCs w:val="18"/>
              </w:rPr>
              <w:t xml:space="preserve">Județul    </w:t>
            </w:r>
            <w:r w:rsidR="000D2FE9" w:rsidRPr="000D2FE9">
              <w:rPr>
                <w:b/>
                <w:bCs/>
                <w:sz w:val="18"/>
                <w:szCs w:val="18"/>
              </w:rPr>
              <w:t>MUREȘ</w:t>
            </w:r>
          </w:p>
        </w:tc>
      </w:tr>
      <w:tr w:rsidR="00386572" w:rsidRPr="00492906" w14:paraId="5A14C94F" w14:textId="77777777" w:rsidTr="001C4405">
        <w:trPr>
          <w:cantSplit/>
          <w:trHeight w:val="395"/>
        </w:trPr>
        <w:tc>
          <w:tcPr>
            <w:tcW w:w="1606" w:type="dxa"/>
            <w:vMerge/>
          </w:tcPr>
          <w:p w14:paraId="6E20BC5D" w14:textId="77777777" w:rsidR="00386572" w:rsidRDefault="00386572" w:rsidP="001C4405"/>
        </w:tc>
        <w:tc>
          <w:tcPr>
            <w:tcW w:w="8030" w:type="dxa"/>
            <w:gridSpan w:val="3"/>
            <w:shd w:val="clear" w:color="auto" w:fill="F0F0F0"/>
          </w:tcPr>
          <w:p w14:paraId="78E73CCF" w14:textId="018D22A5" w:rsidR="00386572" w:rsidRPr="000D2FE9" w:rsidRDefault="00386572" w:rsidP="001C4405">
            <w:pPr>
              <w:keepNext/>
              <w:rPr>
                <w:b/>
                <w:bCs/>
                <w:sz w:val="18"/>
                <w:szCs w:val="18"/>
                <w:lang w:val="pt-PT"/>
              </w:rPr>
            </w:pPr>
            <w:r w:rsidRPr="000D2FE9">
              <w:rPr>
                <w:b/>
                <w:color w:val="0D5F78"/>
                <w:sz w:val="18"/>
                <w:szCs w:val="18"/>
                <w:lang w:val="pt-PT"/>
              </w:rPr>
              <w:t xml:space="preserve">Autoritatea administrației publice    </w:t>
            </w:r>
            <w:r w:rsidR="000D2FE9" w:rsidRPr="000D2FE9">
              <w:rPr>
                <w:b/>
                <w:sz w:val="18"/>
                <w:szCs w:val="18"/>
                <w:lang w:val="pt-PT"/>
              </w:rPr>
              <w:t>PRIMĂRIA COMUNEI SÂNPAUL</w:t>
            </w:r>
          </w:p>
        </w:tc>
      </w:tr>
      <w:tr w:rsidR="00386572" w:rsidRPr="000D2FE9" w14:paraId="2D3BF051" w14:textId="77777777" w:rsidTr="001C4405">
        <w:trPr>
          <w:cantSplit/>
          <w:trHeight w:val="692"/>
        </w:trPr>
        <w:tc>
          <w:tcPr>
            <w:tcW w:w="1606" w:type="dxa"/>
            <w:vMerge/>
          </w:tcPr>
          <w:p w14:paraId="6A7BBC21" w14:textId="77777777" w:rsidR="00386572" w:rsidRPr="000D2FE9" w:rsidRDefault="00386572" w:rsidP="001C4405">
            <w:pPr>
              <w:rPr>
                <w:lang w:val="pt-PT"/>
              </w:rPr>
            </w:pPr>
          </w:p>
        </w:tc>
        <w:tc>
          <w:tcPr>
            <w:tcW w:w="2409" w:type="dxa"/>
            <w:shd w:val="clear" w:color="auto" w:fill="F0F0F0"/>
          </w:tcPr>
          <w:p w14:paraId="27ED356D" w14:textId="77777777" w:rsidR="00386572" w:rsidRPr="000D2FE9" w:rsidRDefault="00386572" w:rsidP="001C4405">
            <w:pPr>
              <w:keepNext/>
              <w:rPr>
                <w:sz w:val="18"/>
                <w:szCs w:val="18"/>
                <w:lang w:val="fr-FR"/>
              </w:rPr>
            </w:pPr>
            <w:r w:rsidRPr="000D2FE9">
              <w:rPr>
                <w:b/>
                <w:color w:val="0D5F78"/>
                <w:sz w:val="18"/>
                <w:szCs w:val="18"/>
                <w:lang w:val="fr-FR"/>
              </w:rPr>
              <w:t>Cod de identificare fiscală (CIF)</w:t>
            </w:r>
          </w:p>
          <w:p w14:paraId="52275E9A" w14:textId="0DF7D39B" w:rsidR="00386572" w:rsidRPr="000D2FE9" w:rsidRDefault="000D2FE9" w:rsidP="00F5737C">
            <w:pPr>
              <w:keepNext/>
              <w:jc w:val="center"/>
              <w:rPr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</w:rPr>
              <w:t>4323497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4B652923" w14:textId="77777777" w:rsidR="00386572" w:rsidRPr="000D2FE9" w:rsidRDefault="00386572" w:rsidP="001C4405">
            <w:pPr>
              <w:keepNext/>
              <w:rPr>
                <w:sz w:val="18"/>
                <w:szCs w:val="18"/>
                <w:lang w:val="fr-FR"/>
              </w:rPr>
            </w:pPr>
            <w:r w:rsidRPr="000D2FE9">
              <w:rPr>
                <w:b/>
                <w:color w:val="0D5F78"/>
                <w:sz w:val="18"/>
                <w:szCs w:val="18"/>
                <w:lang w:val="fr-FR"/>
              </w:rPr>
              <w:t>Adresa oficială</w:t>
            </w:r>
          </w:p>
          <w:p w14:paraId="210A6DDC" w14:textId="77777777" w:rsidR="000D2FE9" w:rsidRPr="000D2FE9" w:rsidRDefault="000D2FE9" w:rsidP="000D2FE9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Sânpaul, nr.261A,  judeţul Mureș, cod poștal 547550</w:t>
            </w:r>
          </w:p>
          <w:p w14:paraId="1C275D88" w14:textId="0B78F4BA" w:rsidR="00386572" w:rsidRPr="000D2FE9" w:rsidRDefault="000D2FE9" w:rsidP="000D2FE9">
            <w:pPr>
              <w:keepNext/>
              <w:rPr>
                <w:b/>
                <w:bCs/>
                <w:sz w:val="18"/>
                <w:szCs w:val="18"/>
                <w:lang w:val="fr-FR"/>
              </w:rPr>
            </w:pPr>
            <w:r w:rsidRPr="000D2FE9">
              <w:rPr>
                <w:b/>
                <w:bCs/>
                <w:sz w:val="18"/>
                <w:szCs w:val="18"/>
                <w:lang w:val="fr-FR"/>
              </w:rPr>
              <w:t>sinpaul@cjmures.ro</w:t>
            </w:r>
          </w:p>
        </w:tc>
      </w:tr>
      <w:tr w:rsidR="00386572" w14:paraId="26CF3FE3" w14:textId="77777777" w:rsidTr="001C4405">
        <w:trPr>
          <w:cantSplit/>
          <w:trHeight w:val="510"/>
        </w:trPr>
        <w:tc>
          <w:tcPr>
            <w:tcW w:w="1606" w:type="dxa"/>
            <w:vMerge/>
          </w:tcPr>
          <w:p w14:paraId="6F7F2FF6" w14:textId="77777777" w:rsidR="00386572" w:rsidRPr="004F799F" w:rsidRDefault="00386572" w:rsidP="001C4405">
            <w:pPr>
              <w:rPr>
                <w:lang w:val="fr-FR"/>
              </w:rPr>
            </w:pPr>
          </w:p>
        </w:tc>
        <w:tc>
          <w:tcPr>
            <w:tcW w:w="4818" w:type="dxa"/>
            <w:gridSpan w:val="2"/>
            <w:shd w:val="clear" w:color="auto" w:fill="F0F0F0"/>
          </w:tcPr>
          <w:p w14:paraId="60BD2F7A" w14:textId="7D215931" w:rsidR="00386572" w:rsidRPr="000D2FE9" w:rsidRDefault="00386572" w:rsidP="001C4405">
            <w:pPr>
              <w:keepNext/>
              <w:rPr>
                <w:sz w:val="18"/>
                <w:szCs w:val="18"/>
              </w:rPr>
            </w:pPr>
            <w:r w:rsidRPr="000D2FE9">
              <w:rPr>
                <w:b/>
                <w:color w:val="0D5F78"/>
                <w:sz w:val="18"/>
                <w:szCs w:val="18"/>
              </w:rPr>
              <w:t>Număr de înregistrar</w:t>
            </w:r>
            <w:r w:rsidR="000D2FE9">
              <w:rPr>
                <w:b/>
                <w:color w:val="0D5F78"/>
                <w:sz w:val="18"/>
                <w:szCs w:val="18"/>
              </w:rPr>
              <w:t>e</w:t>
            </w:r>
          </w:p>
        </w:tc>
        <w:tc>
          <w:tcPr>
            <w:tcW w:w="3212" w:type="dxa"/>
            <w:shd w:val="clear" w:color="auto" w:fill="F0F0F0"/>
          </w:tcPr>
          <w:p w14:paraId="480C9C26" w14:textId="4E0A15DE" w:rsidR="00386572" w:rsidRPr="000D2FE9" w:rsidRDefault="00386572" w:rsidP="001C4405">
            <w:pPr>
              <w:keepNext/>
              <w:rPr>
                <w:sz w:val="18"/>
                <w:szCs w:val="18"/>
              </w:rPr>
            </w:pPr>
            <w:r w:rsidRPr="000D2FE9">
              <w:rPr>
                <w:b/>
                <w:color w:val="0D5F78"/>
                <w:sz w:val="18"/>
                <w:szCs w:val="18"/>
              </w:rPr>
              <w:t>Da</w:t>
            </w:r>
            <w:r w:rsidR="000D2FE9">
              <w:rPr>
                <w:b/>
                <w:color w:val="0D5F78"/>
                <w:sz w:val="18"/>
                <w:szCs w:val="18"/>
              </w:rPr>
              <w:t>ta</w:t>
            </w:r>
          </w:p>
        </w:tc>
      </w:tr>
      <w:tr w:rsidR="00386572" w:rsidRPr="00492906" w14:paraId="69F88E65" w14:textId="77777777" w:rsidTr="001C4405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77D2B862" w14:textId="77777777" w:rsidR="00386572" w:rsidRPr="000D2FE9" w:rsidRDefault="00386572" w:rsidP="001C4405">
            <w:pPr>
              <w:rPr>
                <w:sz w:val="18"/>
                <w:szCs w:val="18"/>
                <w:lang w:val="fr-FR"/>
              </w:rPr>
            </w:pPr>
            <w:r w:rsidRPr="000D2FE9">
              <w:rPr>
                <w:i/>
                <w:color w:val="595959"/>
                <w:sz w:val="18"/>
                <w:szCs w:val="18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72E6D1D1" w14:textId="77777777" w:rsidR="001E1635" w:rsidRPr="00386572" w:rsidRDefault="001E1635">
      <w:pPr>
        <w:spacing w:line="168" w:lineRule="auto"/>
        <w:rPr>
          <w:lang w:val="it-IT"/>
        </w:rPr>
      </w:pPr>
    </w:p>
    <w:p w14:paraId="1DD2FBAB" w14:textId="6A747212" w:rsidR="001E1635" w:rsidRPr="00A37FAC" w:rsidRDefault="00000000" w:rsidP="006257CA">
      <w:pPr>
        <w:spacing w:before="140" w:after="40"/>
        <w:jc w:val="center"/>
        <w:rPr>
          <w:sz w:val="28"/>
          <w:szCs w:val="28"/>
        </w:rPr>
      </w:pPr>
      <w:r w:rsidRPr="00A37FAC">
        <w:rPr>
          <w:b/>
          <w:sz w:val="28"/>
          <w:szCs w:val="28"/>
        </w:rPr>
        <w:t>CERERE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2045E07B" w14:textId="77777777">
        <w:trPr>
          <w:cantSplit/>
        </w:trPr>
        <w:tc>
          <w:tcPr>
            <w:tcW w:w="9636" w:type="dxa"/>
            <w:shd w:val="clear" w:color="auto" w:fill="F4F4F4"/>
          </w:tcPr>
          <w:p w14:paraId="420DA37E" w14:textId="77777777" w:rsidR="001E1635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1E1635" w:rsidRPr="00386572" w14:paraId="3420F494" w14:textId="77777777">
        <w:trPr>
          <w:cantSplit/>
          <w:trHeight w:val="510"/>
        </w:trPr>
        <w:tc>
          <w:tcPr>
            <w:tcW w:w="9636" w:type="dxa"/>
          </w:tcPr>
          <w:p w14:paraId="33C1A201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Instituția</w:t>
            </w:r>
          </w:p>
          <w:p w14:paraId="734445E9" w14:textId="424A5775" w:rsidR="000D2FE9" w:rsidRPr="00F801F2" w:rsidRDefault="000D2FE9" w:rsidP="000D2FE9">
            <w:pPr>
              <w:keepNext/>
              <w:rPr>
                <w:lang w:val="fr-FR"/>
              </w:rPr>
            </w:pPr>
            <w:r>
              <w:rPr>
                <w:b/>
                <w:bCs/>
                <w:sz w:val="20"/>
                <w:szCs w:val="20"/>
              </w:rPr>
              <w:t>PRIM</w:t>
            </w:r>
            <w:r w:rsidR="00492906">
              <w:rPr>
                <w:b/>
                <w:bCs/>
                <w:sz w:val="20"/>
                <w:szCs w:val="20"/>
              </w:rPr>
              <w:t>ĂRIA</w:t>
            </w:r>
            <w:r>
              <w:rPr>
                <w:b/>
                <w:bCs/>
                <w:sz w:val="20"/>
                <w:szCs w:val="20"/>
              </w:rPr>
              <w:t xml:space="preserve"> COMUNEI SÂNPAUL</w:t>
            </w:r>
          </w:p>
          <w:p w14:paraId="5258CF99" w14:textId="2F7FAF86" w:rsidR="001E1635" w:rsidRPr="006257CA" w:rsidRDefault="001E1635">
            <w:pPr>
              <w:keepNext/>
              <w:rPr>
                <w:lang w:val="fr-FR"/>
              </w:rPr>
            </w:pPr>
          </w:p>
        </w:tc>
      </w:tr>
      <w:tr w:rsidR="001E1635" w:rsidRPr="00492906" w14:paraId="75BAA432" w14:textId="77777777">
        <w:trPr>
          <w:cantSplit/>
        </w:trPr>
        <w:tc>
          <w:tcPr>
            <w:tcW w:w="9636" w:type="dxa"/>
            <w:shd w:val="clear" w:color="auto" w:fill="F4F4F4"/>
          </w:tcPr>
          <w:p w14:paraId="6F539CFE" w14:textId="2935FFB4" w:rsidR="001E1635" w:rsidRPr="006257CA" w:rsidRDefault="00000000">
            <w:pPr>
              <w:spacing w:line="228" w:lineRule="auto"/>
              <w:rPr>
                <w:lang w:val="fr-FR"/>
              </w:rPr>
            </w:pPr>
            <w:r w:rsidRPr="006257CA">
              <w:rPr>
                <w:lang w:val="fr-FR"/>
              </w:rPr>
              <w:t>Cererea va fi transmisă către pr</w:t>
            </w:r>
            <w:r w:rsidR="000D2FE9">
              <w:rPr>
                <w:lang w:val="fr-FR"/>
              </w:rPr>
              <w:t>imarul comunei</w:t>
            </w:r>
            <w:r w:rsidRPr="006257CA">
              <w:rPr>
                <w:lang w:val="fr-FR"/>
              </w:rPr>
              <w:t>.</w:t>
            </w:r>
          </w:p>
        </w:tc>
      </w:tr>
    </w:tbl>
    <w:p w14:paraId="143A0FF9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1E1635" w14:paraId="5854020C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2837609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1E1635" w14:paraId="4480B39A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29DF6AD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7B1283D5" w14:textId="77777777" w:rsidR="001E1635" w:rsidRDefault="001E1635">
            <w:pPr>
              <w:keepNext/>
            </w:pPr>
          </w:p>
        </w:tc>
        <w:tc>
          <w:tcPr>
            <w:tcW w:w="4015" w:type="dxa"/>
            <w:gridSpan w:val="3"/>
          </w:tcPr>
          <w:p w14:paraId="105878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2D0F7177" w14:textId="77777777" w:rsidR="001E1635" w:rsidRDefault="001E1635">
            <w:pPr>
              <w:keepNext/>
            </w:pPr>
          </w:p>
        </w:tc>
      </w:tr>
      <w:tr w:rsidR="001E1635" w14:paraId="281AC35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876FED4" w14:textId="77777777" w:rsidR="001E1635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1E1635" w14:paraId="3790C6C1" w14:textId="77777777">
        <w:trPr>
          <w:cantSplit/>
          <w:trHeight w:val="510"/>
        </w:trPr>
        <w:tc>
          <w:tcPr>
            <w:tcW w:w="1606" w:type="dxa"/>
          </w:tcPr>
          <w:p w14:paraId="25C5910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275A06B3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43BFC13E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2E65348D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5"/>
          </w:tcPr>
          <w:p w14:paraId="7B9DD49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70F0CC9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60E597E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300FA57" w14:textId="77777777" w:rsidR="001E1635" w:rsidRDefault="001E1635">
            <w:pPr>
              <w:keepNext/>
            </w:pPr>
          </w:p>
        </w:tc>
      </w:tr>
      <w:tr w:rsidR="001E1635" w14:paraId="67FFBA1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4825AA36" w14:textId="77777777" w:rsidR="001E1635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1E1635" w14:paraId="5A3E1F29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89435AA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48DBA502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4"/>
          </w:tcPr>
          <w:p w14:paraId="2D5606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5854C40F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46F246F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579A6C6B" w14:textId="77777777" w:rsidR="001E1635" w:rsidRDefault="001E1635">
            <w:pPr>
              <w:keepNext/>
            </w:pPr>
          </w:p>
        </w:tc>
      </w:tr>
      <w:tr w:rsidR="001E1635" w14:paraId="476479A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C3E3D04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AB7831E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0D2DE66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4EBA780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4F859CE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3E268F2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2FE0E9E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627907AC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8282E65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888BB86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508ECD8F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170C48A" w14:textId="77777777" w:rsidR="001E1635" w:rsidRDefault="001E1635">
            <w:pPr>
              <w:keepNext/>
            </w:pPr>
          </w:p>
        </w:tc>
        <w:tc>
          <w:tcPr>
            <w:tcW w:w="1606" w:type="dxa"/>
          </w:tcPr>
          <w:p w14:paraId="2E3090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827BC03" w14:textId="77777777" w:rsidR="001E1635" w:rsidRDefault="001E1635">
            <w:pPr>
              <w:keepNext/>
            </w:pPr>
          </w:p>
        </w:tc>
      </w:tr>
      <w:tr w:rsidR="001E1635" w14:paraId="4797D956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49D0A0F" w14:textId="77777777" w:rsidR="001E1635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1E1635" w14:paraId="10DC5DDE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277983B2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Telefon / fax</w:t>
            </w:r>
          </w:p>
          <w:p w14:paraId="7BBE1A21" w14:textId="77777777" w:rsidR="001E1635" w:rsidRDefault="001E1635">
            <w:pPr>
              <w:keepNext/>
            </w:pPr>
          </w:p>
        </w:tc>
        <w:tc>
          <w:tcPr>
            <w:tcW w:w="5621" w:type="dxa"/>
            <w:gridSpan w:val="5"/>
          </w:tcPr>
          <w:p w14:paraId="46FD555B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E-mail</w:t>
            </w:r>
          </w:p>
          <w:p w14:paraId="7FC05727" w14:textId="77777777" w:rsidR="001E1635" w:rsidRDefault="001E1635">
            <w:pPr>
              <w:keepNext/>
            </w:pPr>
          </w:p>
        </w:tc>
      </w:tr>
      <w:tr w:rsidR="001E1635" w14:paraId="22088ED8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109DA4C" w14:textId="77777777" w:rsidR="001E1635" w:rsidRDefault="00000000">
            <w:pPr>
              <w:keepNext/>
            </w:pPr>
            <w:r>
              <w:rPr>
                <w:sz w:val="16"/>
              </w:rPr>
              <w:t xml:space="preserve"> Reprezentare</w:t>
            </w:r>
          </w:p>
        </w:tc>
      </w:tr>
      <w:tr w:rsidR="001E1635" w14:paraId="10CEC702" w14:textId="77777777">
        <w:trPr>
          <w:cantSplit/>
          <w:trHeight w:val="510"/>
        </w:trPr>
        <w:tc>
          <w:tcPr>
            <w:tcW w:w="6424" w:type="dxa"/>
            <w:gridSpan w:val="6"/>
          </w:tcPr>
          <w:p w14:paraId="3D5CCA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În calitate de reprezentant al</w:t>
            </w:r>
          </w:p>
          <w:p w14:paraId="2BCE0519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19A6599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CUI / CIF</w:t>
            </w:r>
          </w:p>
          <w:p w14:paraId="1DC7B09A" w14:textId="77777777" w:rsidR="001E1635" w:rsidRDefault="001E1635">
            <w:pPr>
              <w:keepNext/>
            </w:pPr>
          </w:p>
        </w:tc>
      </w:tr>
      <w:tr w:rsidR="001E1635" w:rsidRPr="00F5737C" w14:paraId="345755EE" w14:textId="77777777">
        <w:trPr>
          <w:cantSplit/>
        </w:trPr>
        <w:tc>
          <w:tcPr>
            <w:tcW w:w="9636" w:type="dxa"/>
            <w:gridSpan w:val="8"/>
          </w:tcPr>
          <w:p w14:paraId="67B56101" w14:textId="77777777" w:rsidR="001E1635" w:rsidRPr="006257CA" w:rsidRDefault="00000000">
            <w:pPr>
              <w:rPr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titular al dreptului de proprietate     ☐ împuternicit al titularului</w:t>
            </w:r>
          </w:p>
        </w:tc>
      </w:tr>
    </w:tbl>
    <w:p w14:paraId="15885AE3" w14:textId="77777777" w:rsidR="001E1635" w:rsidRPr="006257CA" w:rsidRDefault="001E1635">
      <w:pPr>
        <w:spacing w:line="168" w:lineRule="auto"/>
        <w:rPr>
          <w:lang w:val="fr-FR"/>
        </w:rPr>
      </w:pPr>
    </w:p>
    <w:p w14:paraId="2B137E9F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în conformitate cu prevederile Legii nr. 169/2026 privind Codul amenajării teritoriului, urbanismului și construcțiilor,</w:t>
      </w:r>
    </w:p>
    <w:p w14:paraId="25ED7088" w14:textId="77777777" w:rsidR="001E1635" w:rsidRPr="006257CA" w:rsidRDefault="00000000">
      <w:pPr>
        <w:spacing w:before="80" w:after="60"/>
        <w:jc w:val="center"/>
        <w:rPr>
          <w:lang w:val="fr-FR"/>
        </w:rPr>
      </w:pPr>
      <w:r w:rsidRPr="006257CA">
        <w:rPr>
          <w:sz w:val="18"/>
          <w:lang w:val="fr-FR"/>
        </w:rPr>
        <w:t>solicit emiterea</w:t>
      </w:r>
    </w:p>
    <w:p w14:paraId="2102D1EC" w14:textId="77777777" w:rsidR="001E1635" w:rsidRPr="006257CA" w:rsidRDefault="00000000">
      <w:pPr>
        <w:spacing w:after="160"/>
        <w:jc w:val="center"/>
        <w:rPr>
          <w:lang w:val="fr-FR"/>
        </w:rPr>
      </w:pPr>
      <w:r w:rsidRPr="006257CA">
        <w:rPr>
          <w:b/>
          <w:sz w:val="20"/>
          <w:lang w:val="fr-FR"/>
        </w:rPr>
        <w:t>CERTIFICATULUI DE URBANISM</w:t>
      </w:r>
    </w:p>
    <w:p w14:paraId="043C0D46" w14:textId="77777777" w:rsidR="001E1635" w:rsidRDefault="00000000">
      <w:pPr>
        <w:spacing w:after="160"/>
        <w:jc w:val="center"/>
        <w:rPr>
          <w:b/>
          <w:sz w:val="20"/>
          <w:lang w:val="fr-FR"/>
        </w:rPr>
      </w:pPr>
      <w:r w:rsidRPr="006257CA">
        <w:rPr>
          <w:b/>
          <w:sz w:val="20"/>
          <w:lang w:val="fr-FR"/>
        </w:rPr>
        <w:t>PENTRU OPERAȚIUNI CADASTRALE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636"/>
      </w:tblGrid>
      <w:tr w:rsidR="006257CA" w:rsidRPr="00492906" w14:paraId="1F9B2A48" w14:textId="77777777" w:rsidTr="006257CA">
        <w:tc>
          <w:tcPr>
            <w:tcW w:w="9636" w:type="dxa"/>
          </w:tcPr>
          <w:p w14:paraId="231CB6BD" w14:textId="5A290929" w:rsidR="006257CA" w:rsidRPr="00386572" w:rsidRDefault="006257CA" w:rsidP="00C245EC">
            <w:pPr>
              <w:rPr>
                <w:rFonts w:ascii="Segoe UI Symbol" w:hAnsi="Segoe UI Symbol" w:cs="Segoe UI Symbol"/>
                <w:b/>
                <w:bCs/>
                <w:sz w:val="18"/>
                <w:szCs w:val="18"/>
                <w:lang w:val="it-IT"/>
              </w:rPr>
            </w:pPr>
            <w:r w:rsidRPr="00386572">
              <w:rPr>
                <w:b/>
                <w:bCs/>
                <w:sz w:val="18"/>
                <w:szCs w:val="18"/>
                <w:lang w:val="it-IT"/>
              </w:rPr>
              <w:t>3. ÎN  VEDEREA REALIZĂRII OPERAȚIUNII CADATRALE :</w:t>
            </w:r>
          </w:p>
        </w:tc>
      </w:tr>
      <w:tr w:rsidR="006257CA" w:rsidRPr="00492906" w14:paraId="3DEC5D63" w14:textId="77777777" w:rsidTr="006257CA">
        <w:tc>
          <w:tcPr>
            <w:tcW w:w="9636" w:type="dxa"/>
          </w:tcPr>
          <w:p w14:paraId="008D0B05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comasare (alipire)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dezmembrare (dezlipire)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nscrierea unor servitu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>i de trecere</w:t>
            </w:r>
          </w:p>
        </w:tc>
      </w:tr>
      <w:tr w:rsidR="006257CA" w:rsidRPr="00492906" w14:paraId="13134CBC" w14:textId="77777777" w:rsidTr="006257CA">
        <w:tc>
          <w:tcPr>
            <w:tcW w:w="9636" w:type="dxa"/>
          </w:tcPr>
          <w:p w14:paraId="2FC77D01" w14:textId="77777777" w:rsidR="006257CA" w:rsidRPr="000F0E2F" w:rsidRDefault="006257CA" w:rsidP="00C245EC">
            <w:pPr>
              <w:rPr>
                <w:lang w:val="fr-FR"/>
              </w:rPr>
            </w:pPr>
            <w:r w:rsidRPr="000F0E2F">
              <w:rPr>
                <w:lang w:val="fr-FR"/>
              </w:rPr>
              <w:t xml:space="preserve">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  <w:r w:rsidRPr="000F0E2F">
              <w:rPr>
                <w:lang w:val="fr-FR"/>
              </w:rPr>
              <w:t xml:space="preserve">     </w:t>
            </w:r>
            <w:r w:rsidRPr="000F0E2F">
              <w:rPr>
                <w:rFonts w:ascii="Segoe UI Symbol" w:hAnsi="Segoe UI Symbol" w:cs="Segoe UI Symbol"/>
                <w:lang w:val="fr-FR"/>
              </w:rPr>
              <w:t>☐</w:t>
            </w:r>
            <w:r w:rsidRPr="000F0E2F">
              <w:rPr>
                <w:lang w:val="fr-FR"/>
              </w:rPr>
              <w:t xml:space="preserve"> reeviden</w:t>
            </w:r>
            <w:r w:rsidRPr="000F0E2F">
              <w:rPr>
                <w:rFonts w:cs="Times New Roman"/>
                <w:lang w:val="fr-FR"/>
              </w:rPr>
              <w:t>ț</w:t>
            </w:r>
            <w:r w:rsidRPr="000F0E2F">
              <w:rPr>
                <w:lang w:val="fr-FR"/>
              </w:rPr>
              <w:t xml:space="preserve">ieri de imobile </w:t>
            </w:r>
            <w:r w:rsidRPr="000F0E2F">
              <w:rPr>
                <w:rFonts w:cs="Times New Roman"/>
                <w:lang w:val="fr-FR"/>
              </w:rPr>
              <w:t>î</w:t>
            </w:r>
            <w:r w:rsidRPr="000F0E2F">
              <w:rPr>
                <w:lang w:val="fr-FR"/>
              </w:rPr>
              <w:t>n cartea funciar</w:t>
            </w:r>
            <w:r w:rsidRPr="000F0E2F">
              <w:rPr>
                <w:rFonts w:cs="Times New Roman"/>
                <w:lang w:val="fr-FR"/>
              </w:rPr>
              <w:t>ă</w:t>
            </w:r>
          </w:p>
        </w:tc>
      </w:tr>
      <w:tr w:rsidR="001E1635" w14:paraId="4130274C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  <w:shd w:val="clear" w:color="auto" w:fill="F4F4F4"/>
          </w:tcPr>
          <w:p w14:paraId="0ED5F54C" w14:textId="12969A2F" w:rsidR="001E1635" w:rsidRDefault="006257CA">
            <w:pPr>
              <w:keepNext/>
            </w:pPr>
            <w:r>
              <w:rPr>
                <w:sz w:val="16"/>
                <w:lang w:val="fr-FR"/>
              </w:rPr>
              <w:t>Descrierea operațiunii cadastrale propuse :</w:t>
            </w:r>
          </w:p>
        </w:tc>
      </w:tr>
      <w:tr w:rsidR="001E1635" w14:paraId="2E947D31" w14:textId="77777777">
        <w:tblPrEx>
          <w:tblBorders>
            <w:top w:val="single" w:sz="4" w:space="0" w:color="767676"/>
            <w:left w:val="single" w:sz="4" w:space="0" w:color="767676"/>
            <w:bottom w:val="single" w:sz="4" w:space="0" w:color="767676"/>
            <w:right w:val="single" w:sz="4" w:space="0" w:color="767676"/>
            <w:insideH w:val="single" w:sz="4" w:space="0" w:color="767676"/>
            <w:insideV w:val="single" w:sz="4" w:space="0" w:color="767676"/>
          </w:tblBorders>
        </w:tblPrEx>
        <w:trPr>
          <w:cantSplit/>
        </w:trPr>
        <w:tc>
          <w:tcPr>
            <w:tcW w:w="9636" w:type="dxa"/>
          </w:tcPr>
          <w:p w14:paraId="6F605B69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  <w:p w14:paraId="5E9FABF3" w14:textId="77777777" w:rsidR="001E1635" w:rsidRDefault="001E1635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11939A91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1E1635" w14:paraId="41F9A1C0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669D7761" w14:textId="0F69B76E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 w:rsidR="006257CA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1E1635" w14:paraId="5CECB338" w14:textId="77777777">
        <w:trPr>
          <w:cantSplit/>
        </w:trPr>
        <w:tc>
          <w:tcPr>
            <w:tcW w:w="9636" w:type="dxa"/>
            <w:gridSpan w:val="6"/>
          </w:tcPr>
          <w:p w14:paraId="20BF109A" w14:textId="77777777" w:rsidR="001E1635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1E1635" w14:paraId="45CA87BD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7FA44BEC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D01A21B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22B4CBF0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0D007FC5" w14:textId="77777777" w:rsidR="001E1635" w:rsidRDefault="001E1635">
            <w:pPr>
              <w:keepNext/>
            </w:pPr>
          </w:p>
        </w:tc>
        <w:tc>
          <w:tcPr>
            <w:tcW w:w="3212" w:type="dxa"/>
            <w:gridSpan w:val="2"/>
          </w:tcPr>
          <w:p w14:paraId="67326A4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14240B19" w14:textId="77777777" w:rsidR="001E1635" w:rsidRDefault="001E1635">
            <w:pPr>
              <w:keepNext/>
            </w:pPr>
          </w:p>
        </w:tc>
      </w:tr>
      <w:tr w:rsidR="001E1635" w14:paraId="558EF397" w14:textId="77777777">
        <w:trPr>
          <w:cantSplit/>
          <w:trHeight w:val="510"/>
        </w:trPr>
        <w:tc>
          <w:tcPr>
            <w:tcW w:w="1606" w:type="dxa"/>
          </w:tcPr>
          <w:p w14:paraId="05C62658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DB9B8CA" w14:textId="77777777" w:rsidR="001E1635" w:rsidRDefault="001E1635">
            <w:pPr>
              <w:keepNext/>
            </w:pPr>
          </w:p>
        </w:tc>
        <w:tc>
          <w:tcPr>
            <w:tcW w:w="4818" w:type="dxa"/>
            <w:gridSpan w:val="3"/>
          </w:tcPr>
          <w:p w14:paraId="78F2E769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19A492AB" w14:textId="77777777" w:rsidR="001E1635" w:rsidRDefault="001E1635">
            <w:pPr>
              <w:keepNext/>
            </w:pPr>
          </w:p>
        </w:tc>
        <w:tc>
          <w:tcPr>
            <w:tcW w:w="803" w:type="dxa"/>
          </w:tcPr>
          <w:p w14:paraId="599B76C6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3C285CCD" w14:textId="77777777" w:rsidR="001E1635" w:rsidRDefault="001E1635">
            <w:pPr>
              <w:keepNext/>
            </w:pPr>
          </w:p>
        </w:tc>
        <w:tc>
          <w:tcPr>
            <w:tcW w:w="2409" w:type="dxa"/>
          </w:tcPr>
          <w:p w14:paraId="737CFA43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1C99DBB8" w14:textId="77777777" w:rsidR="001E1635" w:rsidRDefault="001E1635">
            <w:pPr>
              <w:keepNext/>
            </w:pPr>
          </w:p>
        </w:tc>
      </w:tr>
      <w:tr w:rsidR="001E1635" w14:paraId="7C749B99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6823C83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b/>
                <w:color w:val="0D5F78"/>
                <w:lang w:val="fr-FR"/>
              </w:rPr>
              <w:t>Număr cadastral</w:t>
            </w:r>
          </w:p>
          <w:p w14:paraId="3FC4B016" w14:textId="77777777" w:rsidR="001E1635" w:rsidRPr="006257CA" w:rsidRDefault="00000000">
            <w:pPr>
              <w:keepNext/>
              <w:rPr>
                <w:lang w:val="fr-FR"/>
              </w:rPr>
            </w:pPr>
            <w:r w:rsidRPr="006257C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77A4081E" w14:textId="77777777" w:rsidR="001E1635" w:rsidRPr="006257CA" w:rsidRDefault="001E1635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6AD855B7" w14:textId="77777777" w:rsidR="001E1635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85D4033" w14:textId="77777777" w:rsidR="001E1635" w:rsidRDefault="001E1635">
            <w:pPr>
              <w:keepNext/>
            </w:pPr>
          </w:p>
        </w:tc>
      </w:tr>
    </w:tbl>
    <w:p w14:paraId="6A8F4A2A" w14:textId="1AAC5F68" w:rsidR="001E1635" w:rsidRPr="006257CA" w:rsidRDefault="001E1635" w:rsidP="006257CA"/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748EC5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61D13D6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1E1635" w:rsidRPr="00492906" w14:paraId="289229A3" w14:textId="77777777">
        <w:trPr>
          <w:cantSplit/>
        </w:trPr>
        <w:tc>
          <w:tcPr>
            <w:tcW w:w="9636" w:type="dxa"/>
          </w:tcPr>
          <w:p w14:paraId="595ED756" w14:textId="6E06C131" w:rsidR="006257CA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documentația cadastrală     </w:t>
            </w:r>
            <w:r w:rsidR="006257CA">
              <w:rPr>
                <w:sz w:val="16"/>
                <w:lang w:val="fr-FR"/>
              </w:rPr>
              <w:t xml:space="preserve">                         </w:t>
            </w:r>
            <w:r w:rsidR="006257CA"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="006257CA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="006257CA" w:rsidRPr="006257CA">
              <w:rPr>
                <w:sz w:val="16"/>
                <w:lang w:val="fr-FR"/>
              </w:rPr>
              <w:t>plan cu o propunere de comasare/dezmembrare</w:t>
            </w:r>
          </w:p>
          <w:p w14:paraId="2445E5EB" w14:textId="2BE49333" w:rsidR="001E1635" w:rsidRPr="006257CA" w:rsidRDefault="006257CA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</w:t>
            </w:r>
            <w:r>
              <w:rPr>
                <w:sz w:val="16"/>
                <w:lang w:val="fr-FR"/>
              </w:rPr>
              <w:t xml:space="preserve"> </w:t>
            </w:r>
            <w:r w:rsidRPr="006257CA">
              <w:rPr>
                <w:sz w:val="16"/>
                <w:lang w:val="fr-FR"/>
              </w:rPr>
              <w:t>☐ extras de carte funciară actualizat</w:t>
            </w:r>
            <w:r>
              <w:rPr>
                <w:sz w:val="16"/>
                <w:lang w:val="fr-FR"/>
              </w:rPr>
              <w:t xml:space="preserve">              </w:t>
            </w:r>
            <w:r w:rsidRPr="006257CA">
              <w:rPr>
                <w:sz w:val="16"/>
                <w:lang w:val="fr-FR"/>
              </w:rPr>
              <w:t>☐ plan de încadrare în zonă în sistem Stereo 70</w:t>
            </w:r>
            <w:r>
              <w:rPr>
                <w:sz w:val="16"/>
                <w:lang w:val="fr-FR"/>
              </w:rPr>
              <w:t xml:space="preserve">                    </w:t>
            </w:r>
            <w:r w:rsidRPr="006257CA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6257CA">
              <w:rPr>
                <w:sz w:val="16"/>
                <w:lang w:val="fr-FR"/>
              </w:rPr>
              <w:t xml:space="preserve"> împuternicirea, dacă este cazul      </w:t>
            </w:r>
          </w:p>
        </w:tc>
      </w:tr>
    </w:tbl>
    <w:p w14:paraId="0A540DB6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1E1635" w14:paraId="457DF426" w14:textId="77777777">
        <w:trPr>
          <w:cantSplit/>
        </w:trPr>
        <w:tc>
          <w:tcPr>
            <w:tcW w:w="9636" w:type="dxa"/>
            <w:shd w:val="clear" w:color="auto" w:fill="F4F4F4"/>
          </w:tcPr>
          <w:p w14:paraId="559EBB22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COMUNICAREA RĂSPUNSULUI</w:t>
            </w:r>
          </w:p>
        </w:tc>
      </w:tr>
      <w:tr w:rsidR="001E1635" w:rsidRPr="00492906" w14:paraId="49112FAF" w14:textId="77777777">
        <w:trPr>
          <w:cantSplit/>
        </w:trPr>
        <w:tc>
          <w:tcPr>
            <w:tcW w:w="9636" w:type="dxa"/>
          </w:tcPr>
          <w:p w14:paraId="59D57AA2" w14:textId="77777777" w:rsidR="001E1635" w:rsidRDefault="00000000">
            <w:pPr>
              <w:rPr>
                <w:sz w:val="16"/>
                <w:lang w:val="fr-FR"/>
              </w:rPr>
            </w:pPr>
            <w:r w:rsidRPr="006257CA">
              <w:rPr>
                <w:sz w:val="16"/>
                <w:lang w:val="fr-FR"/>
              </w:rPr>
              <w:t xml:space="preserve"> ☐ în format scris, prin poștă     ☐ în format digital, la adresa de e-mail indicată     ☐ ridicare de la sediul autorității</w:t>
            </w:r>
          </w:p>
          <w:p w14:paraId="0C0C25C2" w14:textId="77777777" w:rsidR="000D2FE9" w:rsidRPr="006257CA" w:rsidRDefault="000D2FE9">
            <w:pPr>
              <w:rPr>
                <w:lang w:val="fr-FR"/>
              </w:rPr>
            </w:pPr>
          </w:p>
        </w:tc>
      </w:tr>
    </w:tbl>
    <w:p w14:paraId="335F2CDC" w14:textId="77777777" w:rsidR="001E1635" w:rsidRPr="006257CA" w:rsidRDefault="001E1635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1E1635" w14:paraId="31A38AB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548B70E" w14:textId="77777777" w:rsidR="001E1635" w:rsidRDefault="00000000">
            <w:pPr>
              <w:keepNext/>
            </w:pPr>
            <w:r w:rsidRPr="006257C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1E1635" w14:paraId="5E47B751" w14:textId="77777777">
        <w:trPr>
          <w:cantSplit/>
          <w:trHeight w:val="510"/>
        </w:trPr>
        <w:tc>
          <w:tcPr>
            <w:tcW w:w="1606" w:type="dxa"/>
          </w:tcPr>
          <w:p w14:paraId="6A0CBD1B" w14:textId="77777777" w:rsidR="001E1635" w:rsidRDefault="00000000">
            <w:r>
              <w:rPr>
                <w:b/>
                <w:color w:val="0D5F78"/>
              </w:rPr>
              <w:t>Data</w:t>
            </w:r>
          </w:p>
          <w:p w14:paraId="05BFAAF9" w14:textId="77777777" w:rsidR="001E1635" w:rsidRDefault="001E1635"/>
        </w:tc>
        <w:tc>
          <w:tcPr>
            <w:tcW w:w="4818" w:type="dxa"/>
          </w:tcPr>
          <w:p w14:paraId="250ED718" w14:textId="77777777" w:rsidR="001E1635" w:rsidRDefault="00000000">
            <w:r>
              <w:rPr>
                <w:b/>
                <w:color w:val="0D5F78"/>
              </w:rPr>
              <w:t>Solicitantul</w:t>
            </w:r>
          </w:p>
          <w:p w14:paraId="455E75E1" w14:textId="77777777" w:rsidR="001E1635" w:rsidRDefault="001E1635"/>
        </w:tc>
        <w:tc>
          <w:tcPr>
            <w:tcW w:w="3212" w:type="dxa"/>
          </w:tcPr>
          <w:p w14:paraId="53DD217D" w14:textId="77777777" w:rsidR="001E1635" w:rsidRDefault="00000000">
            <w:r>
              <w:rPr>
                <w:b/>
                <w:color w:val="0D5F78"/>
              </w:rPr>
              <w:t>Semnătura</w:t>
            </w:r>
          </w:p>
          <w:p w14:paraId="655A8FB3" w14:textId="77777777" w:rsidR="001E1635" w:rsidRDefault="001E1635"/>
        </w:tc>
      </w:tr>
    </w:tbl>
    <w:p w14:paraId="005090D8" w14:textId="77777777" w:rsidR="001E1635" w:rsidRDefault="001E1635">
      <w:pPr>
        <w:spacing w:line="168" w:lineRule="auto"/>
      </w:pPr>
    </w:p>
    <w:sectPr w:rsidR="001E1635" w:rsidSect="000D2FE9">
      <w:pgSz w:w="11906" w:h="16838"/>
      <w:pgMar w:top="567" w:right="1134" w:bottom="0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3E209" w14:textId="77777777" w:rsidR="00AC3C16" w:rsidRDefault="00AC3C16">
      <w:r>
        <w:separator/>
      </w:r>
    </w:p>
  </w:endnote>
  <w:endnote w:type="continuationSeparator" w:id="0">
    <w:p w14:paraId="7C2E1FF6" w14:textId="77777777" w:rsidR="00AC3C16" w:rsidRDefault="00AC3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23F7E" w14:textId="77777777" w:rsidR="00AC3C16" w:rsidRDefault="00AC3C16">
      <w:r>
        <w:separator/>
      </w:r>
    </w:p>
  </w:footnote>
  <w:footnote w:type="continuationSeparator" w:id="0">
    <w:p w14:paraId="41CDE843" w14:textId="77777777" w:rsidR="00AC3C16" w:rsidRDefault="00AC3C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872230">
    <w:abstractNumId w:val="8"/>
  </w:num>
  <w:num w:numId="2" w16cid:durableId="667757946">
    <w:abstractNumId w:val="6"/>
  </w:num>
  <w:num w:numId="3" w16cid:durableId="509612429">
    <w:abstractNumId w:val="5"/>
  </w:num>
  <w:num w:numId="4" w16cid:durableId="2008286866">
    <w:abstractNumId w:val="4"/>
  </w:num>
  <w:num w:numId="5" w16cid:durableId="791560319">
    <w:abstractNumId w:val="7"/>
  </w:num>
  <w:num w:numId="6" w16cid:durableId="190805796">
    <w:abstractNumId w:val="3"/>
  </w:num>
  <w:num w:numId="7" w16cid:durableId="397367673">
    <w:abstractNumId w:val="2"/>
  </w:num>
  <w:num w:numId="8" w16cid:durableId="377894382">
    <w:abstractNumId w:val="1"/>
  </w:num>
  <w:num w:numId="9" w16cid:durableId="16960734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D2FE9"/>
    <w:rsid w:val="0015074B"/>
    <w:rsid w:val="001A25FF"/>
    <w:rsid w:val="001E1635"/>
    <w:rsid w:val="0029639D"/>
    <w:rsid w:val="002A69EE"/>
    <w:rsid w:val="002E3AD3"/>
    <w:rsid w:val="00326F90"/>
    <w:rsid w:val="003820C3"/>
    <w:rsid w:val="00386572"/>
    <w:rsid w:val="00492906"/>
    <w:rsid w:val="004B1106"/>
    <w:rsid w:val="006257CA"/>
    <w:rsid w:val="006C103E"/>
    <w:rsid w:val="006F54D8"/>
    <w:rsid w:val="008F4A0A"/>
    <w:rsid w:val="00911827"/>
    <w:rsid w:val="009D782F"/>
    <w:rsid w:val="00A34061"/>
    <w:rsid w:val="00A37FAC"/>
    <w:rsid w:val="00AA1D8D"/>
    <w:rsid w:val="00AC3C16"/>
    <w:rsid w:val="00AC5F99"/>
    <w:rsid w:val="00B47730"/>
    <w:rsid w:val="00BE763D"/>
    <w:rsid w:val="00C0365F"/>
    <w:rsid w:val="00C21924"/>
    <w:rsid w:val="00C80386"/>
    <w:rsid w:val="00C965A1"/>
    <w:rsid w:val="00CB044B"/>
    <w:rsid w:val="00CB0664"/>
    <w:rsid w:val="00EE30E1"/>
    <w:rsid w:val="00F06F76"/>
    <w:rsid w:val="00F5737C"/>
    <w:rsid w:val="00F97A9D"/>
    <w:rsid w:val="00FB79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A71537E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3865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Dezvoltare</cp:lastModifiedBy>
  <cp:revision>9</cp:revision>
  <dcterms:created xsi:type="dcterms:W3CDTF">2026-09-02T07:43:00Z</dcterms:created>
  <dcterms:modified xsi:type="dcterms:W3CDTF">2026-10-09T10:31:00Z</dcterms:modified>
  <cp:category/>
</cp:coreProperties>
</file>