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539EB" w14:paraId="13F599B8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7B4B37EE" w14:textId="0B7AE0B4" w:rsidR="00B539EB" w:rsidRDefault="0071054C" w:rsidP="001C4405">
            <w:pPr>
              <w:keepNext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40B187C" wp14:editId="517855FF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93345</wp:posOffset>
                  </wp:positionV>
                  <wp:extent cx="882650" cy="1111885"/>
                  <wp:effectExtent l="0" t="0" r="0" b="0"/>
                  <wp:wrapNone/>
                  <wp:docPr id="8104690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FADA73D" w14:textId="3B13C55A" w:rsidR="00B539EB" w:rsidRDefault="00B539EB" w:rsidP="001C4405">
            <w:pPr>
              <w:keepNext/>
            </w:pPr>
            <w:r>
              <w:rPr>
                <w:b/>
                <w:color w:val="0D5F78"/>
              </w:rPr>
              <w:t xml:space="preserve">Județul   </w:t>
            </w:r>
            <w:r w:rsidR="0071054C" w:rsidRPr="000D2FE9">
              <w:rPr>
                <w:b/>
                <w:bCs/>
                <w:sz w:val="18"/>
                <w:szCs w:val="18"/>
              </w:rPr>
              <w:t>MUREȘ</w:t>
            </w:r>
          </w:p>
        </w:tc>
      </w:tr>
      <w:tr w:rsidR="00B539EB" w:rsidRPr="00CD7FEB" w14:paraId="50319F3C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5016D10E" w14:textId="77777777" w:rsidR="00B539EB" w:rsidRDefault="00B539EB" w:rsidP="001C4405"/>
        </w:tc>
        <w:tc>
          <w:tcPr>
            <w:tcW w:w="8030" w:type="dxa"/>
            <w:gridSpan w:val="3"/>
            <w:shd w:val="clear" w:color="auto" w:fill="F0F0F0"/>
          </w:tcPr>
          <w:p w14:paraId="165EDC2E" w14:textId="0940CD2A" w:rsidR="00B539EB" w:rsidRPr="0071054C" w:rsidRDefault="00B539EB" w:rsidP="001C4405">
            <w:pPr>
              <w:keepNext/>
              <w:rPr>
                <w:b/>
                <w:bCs/>
                <w:sz w:val="20"/>
                <w:szCs w:val="20"/>
                <w:lang w:val="pt-PT"/>
              </w:rPr>
            </w:pPr>
            <w:r w:rsidRPr="0071054C">
              <w:rPr>
                <w:b/>
                <w:color w:val="0D5F78"/>
                <w:lang w:val="pt-PT"/>
              </w:rPr>
              <w:t xml:space="preserve">Autoritatea administrației publice    </w:t>
            </w:r>
            <w:r w:rsidR="0071054C" w:rsidRPr="000D2FE9">
              <w:rPr>
                <w:b/>
                <w:sz w:val="18"/>
                <w:szCs w:val="18"/>
                <w:lang w:val="pt-PT"/>
              </w:rPr>
              <w:t>PRIMĂRIA COMUNEI SÂNPAUL</w:t>
            </w:r>
          </w:p>
        </w:tc>
      </w:tr>
      <w:tr w:rsidR="00B539EB" w:rsidRPr="0071054C" w14:paraId="487B488C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1AB6A86D" w14:textId="77777777" w:rsidR="00B539EB" w:rsidRPr="0071054C" w:rsidRDefault="00B539EB" w:rsidP="001C4405">
            <w:pPr>
              <w:rPr>
                <w:lang w:val="pt-PT"/>
              </w:rPr>
            </w:pPr>
          </w:p>
        </w:tc>
        <w:tc>
          <w:tcPr>
            <w:tcW w:w="2409" w:type="dxa"/>
            <w:shd w:val="clear" w:color="auto" w:fill="F0F0F0"/>
          </w:tcPr>
          <w:p w14:paraId="6C681917" w14:textId="77777777" w:rsidR="00B539EB" w:rsidRPr="00343BBA" w:rsidRDefault="00B539EB" w:rsidP="001C4405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Cod de identificare fiscală (CIF)</w:t>
            </w:r>
          </w:p>
          <w:p w14:paraId="709769BC" w14:textId="2BAB13B0" w:rsidR="00B539EB" w:rsidRPr="00681BF0" w:rsidRDefault="0071054C" w:rsidP="0071054C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</w:rPr>
              <w:t>4323497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BC03E2A" w14:textId="77777777" w:rsidR="00B539EB" w:rsidRPr="004F799F" w:rsidRDefault="00B539EB" w:rsidP="001C4405">
            <w:pPr>
              <w:keepNext/>
              <w:rPr>
                <w:lang w:val="fr-FR"/>
              </w:rPr>
            </w:pPr>
            <w:r w:rsidRPr="004F799F">
              <w:rPr>
                <w:b/>
                <w:color w:val="0D5F78"/>
                <w:lang w:val="fr-FR"/>
              </w:rPr>
              <w:t>Adresa oficială</w:t>
            </w:r>
          </w:p>
          <w:p w14:paraId="2D92F9F6" w14:textId="77777777" w:rsidR="0071054C" w:rsidRPr="000D2FE9" w:rsidRDefault="0071054C" w:rsidP="0071054C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  <w:lang w:val="fr-FR"/>
              </w:rPr>
              <w:t>Sânpaul, nr.261A,  judeţul Mureș, cod poștal 547550</w:t>
            </w:r>
          </w:p>
          <w:p w14:paraId="278C3288" w14:textId="7A8C1B6C" w:rsidR="00B539EB" w:rsidRPr="004F799F" w:rsidRDefault="0071054C" w:rsidP="0071054C">
            <w:pPr>
              <w:keepNext/>
              <w:rPr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  <w:lang w:val="fr-FR"/>
              </w:rPr>
              <w:t>sinpaul@cjmures.ro</w:t>
            </w:r>
          </w:p>
        </w:tc>
      </w:tr>
      <w:tr w:rsidR="00B539EB" w14:paraId="2BD2A03E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3C9B0517" w14:textId="77777777" w:rsidR="00B539EB" w:rsidRPr="004F799F" w:rsidRDefault="00B539EB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221F2238" w14:textId="77777777" w:rsidR="00B539EB" w:rsidRDefault="00B539EB" w:rsidP="001C4405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1F70702C" w14:textId="77777777" w:rsidR="00B539EB" w:rsidRDefault="00B539EB" w:rsidP="001C44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78C19CF" w14:textId="77777777" w:rsidR="00B539EB" w:rsidRDefault="00B539EB" w:rsidP="001C440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4C6DB2A" w14:textId="77777777" w:rsidR="00B539EB" w:rsidRDefault="00B539EB" w:rsidP="001C4405">
            <w:pPr>
              <w:keepNext/>
            </w:pPr>
          </w:p>
        </w:tc>
      </w:tr>
      <w:tr w:rsidR="00B539EB" w:rsidRPr="00CD7FEB" w14:paraId="01FDCC7B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A5A3706" w14:textId="77777777" w:rsidR="00B539EB" w:rsidRPr="00343BBA" w:rsidRDefault="00B539EB" w:rsidP="001C4405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79F54518" w14:textId="77777777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B539EB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>Instituția</w:t>
            </w:r>
          </w:p>
          <w:p w14:paraId="0CFC08E9" w14:textId="0407AB3B" w:rsidR="0071054C" w:rsidRPr="00F801F2" w:rsidRDefault="0071054C" w:rsidP="0071054C">
            <w:pPr>
              <w:keepNext/>
              <w:rPr>
                <w:lang w:val="fr-FR"/>
              </w:rPr>
            </w:pPr>
            <w:r>
              <w:rPr>
                <w:b/>
                <w:bCs/>
                <w:sz w:val="20"/>
                <w:szCs w:val="20"/>
              </w:rPr>
              <w:t>PRIM</w:t>
            </w:r>
            <w:r w:rsidR="00CD7FEB">
              <w:rPr>
                <w:b/>
                <w:bCs/>
                <w:sz w:val="20"/>
                <w:szCs w:val="20"/>
              </w:rPr>
              <w:t>ĂRIA</w:t>
            </w:r>
            <w:r>
              <w:rPr>
                <w:b/>
                <w:bCs/>
                <w:sz w:val="20"/>
                <w:szCs w:val="20"/>
              </w:rPr>
              <w:t xml:space="preserve"> COMUNEI SÂNPAUL</w:t>
            </w:r>
          </w:p>
          <w:p w14:paraId="10337CF3" w14:textId="6297976A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CD7FEB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091D1A51" w:rsidR="00BD4241" w:rsidRPr="00A256C2" w:rsidRDefault="00000000">
            <w:pPr>
              <w:spacing w:line="228" w:lineRule="auto"/>
              <w:rPr>
                <w:lang w:val="fr-FR"/>
              </w:rPr>
            </w:pPr>
            <w:r w:rsidRPr="00A256C2">
              <w:rPr>
                <w:lang w:val="fr-FR"/>
              </w:rPr>
              <w:t>Cererea va fi transmisă către</w:t>
            </w:r>
            <w:r w:rsidR="0071054C">
              <w:rPr>
                <w:lang w:val="fr-FR"/>
              </w:rPr>
              <w:t xml:space="preserve"> primarul comunei</w:t>
            </w:r>
            <w:r w:rsidR="00B539EB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4767E6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>în conformitate cu prevederile Legii nr. 169/2026 privind Codul amenajării teritoriului, urbanismului și construcțiilor,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>solicit emiterea</w:t>
      </w:r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pentru clădiri și amenajări  </w:t>
      </w:r>
      <w:r w:rsidR="00917520">
        <w:rPr>
          <w:sz w:val="16"/>
          <w:lang w:val="fr-FR"/>
        </w:rPr>
        <w:t>/</w:t>
      </w:r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r w:rsidR="00462384">
        <w:rPr>
          <w:sz w:val="16"/>
          <w:lang w:val="fr-FR"/>
        </w:rPr>
        <w:t>lucrări inginerești</w:t>
      </w:r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pentru 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 cu caracter special</w:t>
      </w:r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71054C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Pr="00B539EB" w:rsidRDefault="00000000">
            <w:pPr>
              <w:keepNext/>
              <w:rPr>
                <w:lang w:val="it-IT"/>
              </w:rPr>
            </w:pPr>
            <w:r w:rsidRPr="00232B9E">
              <w:rPr>
                <w:sz w:val="16"/>
                <w:lang w:val="fr-FR"/>
              </w:rPr>
              <w:t xml:space="preserve"> </w:t>
            </w:r>
            <w:r w:rsidRPr="00B539EB">
              <w:rPr>
                <w:sz w:val="16"/>
                <w:lang w:val="it-IT"/>
              </w:rPr>
              <w:t xml:space="preserve">în </w:t>
            </w:r>
            <w:r w:rsidR="00A256C2" w:rsidRPr="00B539EB">
              <w:rPr>
                <w:sz w:val="16"/>
                <w:lang w:val="it-IT"/>
              </w:rPr>
              <w:t>vederea realizării obiectivului de investiții</w:t>
            </w:r>
            <w:r w:rsidRPr="00B539EB">
              <w:rPr>
                <w:sz w:val="16"/>
                <w:lang w:val="it-IT"/>
              </w:rPr>
              <w:t>:</w:t>
            </w:r>
          </w:p>
        </w:tc>
      </w:tr>
      <w:tr w:rsidR="00BD4241" w:rsidRPr="0071054C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Pr="00B539EB" w:rsidRDefault="00BD4241">
            <w:pPr>
              <w:pBdr>
                <w:bottom w:val="dotted" w:sz="6" w:space="0" w:color="999999"/>
              </w:pBdr>
              <w:spacing w:after="80"/>
              <w:rPr>
                <w:lang w:val="it-IT"/>
              </w:rPr>
            </w:pPr>
          </w:p>
          <w:p w14:paraId="0B54D5C1" w14:textId="77777777" w:rsidR="00BD4241" w:rsidRPr="00B539EB" w:rsidRDefault="00BD4241">
            <w:pPr>
              <w:pBdr>
                <w:bottom w:val="dotted" w:sz="6" w:space="0" w:color="999999"/>
              </w:pBdr>
              <w:spacing w:after="80"/>
              <w:rPr>
                <w:lang w:val="it-IT"/>
              </w:rPr>
            </w:pPr>
          </w:p>
        </w:tc>
      </w:tr>
    </w:tbl>
    <w:p w14:paraId="19288D7C" w14:textId="77777777" w:rsidR="00BD4241" w:rsidRPr="00B539EB" w:rsidRDefault="00BD4241">
      <w:pPr>
        <w:spacing w:line="168" w:lineRule="auto"/>
        <w:rPr>
          <w:lang w:val="it-IT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 w:rsidRPr="00B539EB">
              <w:rPr>
                <w:b/>
                <w:sz w:val="16"/>
                <w:lang w:val="it-IT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>Număr cadastral/ele</w:t>
            </w:r>
          </w:p>
          <w:p w14:paraId="2511787E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i/>
                <w:color w:val="7A7A7A"/>
                <w:lang w:val="fr-FR"/>
              </w:rPr>
              <w:t>dacă imobilul e înscris în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Suprafața construcției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71054C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A · Lucrări de construcții noi</w:t>
            </w:r>
          </w:p>
        </w:tc>
      </w:tr>
      <w:tr w:rsidR="00BD4241" w:rsidRPr="0071054C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clădiri civile     ☐ clădiri industriale     ☐ clădiri agricole     ☐ construcții cu caracter special</w:t>
            </w:r>
          </w:p>
        </w:tc>
      </w:tr>
      <w:tr w:rsidR="00BD4241" w:rsidRPr="0071054C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bifa, în masura </w:t>
            </w:r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 care sunt cunoscute solicitantulu</w:t>
            </w:r>
            <w:r w:rsidR="00A256C2">
              <w:rPr>
                <w:sz w:val="16"/>
                <w:lang w:val="fr-FR"/>
              </w:rPr>
              <w:t>i informațiile cu privire la amplasarea în zona de protecție/protejată</w:t>
            </w:r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71054C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000000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în afara zonei de protecție a monumentelor     ☐ în zona de protecție a monumentelor     ☐ în afara zonelor construite protejate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 în zone construite protejate</w:t>
            </w:r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nu sunt cunoscute solicitantului astfel de informații</w:t>
            </w:r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·Intervenții asupra construcțiilor existente</w:t>
            </w:r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r w:rsidR="00917520">
              <w:rPr>
                <w:b/>
                <w:bCs/>
                <w:sz w:val="16"/>
                <w:lang w:val="fr-FR"/>
              </w:rPr>
              <w:t xml:space="preserve">realizate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B.1. la alte clădiri decât cele prevăzute la lit. B.2) și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>a construcții</w:t>
            </w:r>
            <w:r w:rsidRPr="00917520">
              <w:rPr>
                <w:b/>
                <w:bCs/>
                <w:sz w:val="16"/>
              </w:rPr>
              <w:t>:</w:t>
            </w:r>
          </w:p>
        </w:tc>
      </w:tr>
      <w:tr w:rsidR="00BD4241" w:rsidRPr="004767E6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Pr="00B539EB" w:rsidRDefault="00000000">
            <w:pPr>
              <w:keepNext/>
              <w:rPr>
                <w:lang w:val="it-IT"/>
              </w:rPr>
            </w:pPr>
            <w:r w:rsidRPr="00B539EB">
              <w:rPr>
                <w:sz w:val="16"/>
                <w:lang w:val="it-IT"/>
              </w:rPr>
              <w:t>☐ 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</w:p>
        </w:tc>
      </w:tr>
      <w:tr w:rsidR="00BD4241" w:rsidRPr="0071054C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Pr="00B539EB" w:rsidRDefault="00000000">
            <w:pPr>
              <w:keepNext/>
              <w:rPr>
                <w:lang w:val="it-IT"/>
              </w:rPr>
            </w:pPr>
            <w:r w:rsidRPr="00B539EB">
              <w:rPr>
                <w:sz w:val="16"/>
                <w:lang w:val="it-IT"/>
              </w:rPr>
              <w:t>☐ aflate în zona de protecție a monumentelor istorice</w:t>
            </w:r>
          </w:p>
        </w:tc>
      </w:tr>
      <w:tr w:rsidR="00BD4241" w:rsidRPr="004767E6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aflate în zone construite protejate, stabilite potrivit legii</w:t>
            </w:r>
          </w:p>
        </w:tc>
      </w:tr>
      <w:tr w:rsidR="00BD4241" w:rsidRPr="0071054C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cu valoare arhitecturală sau istorică deosebită, stabilite prin documentații de urbanism aprobate</w:t>
            </w:r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>☐  B.3 · la clădiri / construcții cu caracter special</w:t>
            </w: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sz w:val="16"/>
                <w:lang w:val="fr-FR"/>
              </w:rPr>
              <w:t xml:space="preserve">altele decât cele stabilite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din categoria celor </w:t>
            </w:r>
            <w:r w:rsidR="00917520" w:rsidRPr="00917520">
              <w:rPr>
                <w:sz w:val="16"/>
                <w:lang w:val="fr-FR"/>
              </w:rPr>
              <w:t xml:space="preserve">stabilite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C · Amenajări</w:t>
            </w:r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amenajări civile     ☐ amenajări și îmbunătățiri funciare     ☐ construcții provizorii / cu caracter temporar     ☐ cercetarea / prospectarea terenurilor, foraje, excavări     ☐ cercetări pentru zăcăminte naturale     ☐ spații verzi, plantate     ☐ spații publice     ☐ organizare de șantier</w:t>
            </w:r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>
            <w:pPr>
              <w:keepNext/>
            </w:pPr>
            <w:r>
              <w:rPr>
                <w:sz w:val="16"/>
              </w:rPr>
              <w:t xml:space="preserve"> D · Lucrări inginerești</w:t>
            </w:r>
          </w:p>
        </w:tc>
      </w:tr>
      <w:tr w:rsidR="00BD4241" w:rsidRPr="0071054C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infrastructură de transport</w:t>
            </w:r>
          </w:p>
          <w:p w14:paraId="05C62BB3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infrastructură energetică</w:t>
            </w:r>
          </w:p>
          <w:p w14:paraId="1E87347E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rețele de comunicații electronice</w:t>
            </w:r>
          </w:p>
          <w:p w14:paraId="43F594AA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gospodărirea apelor</w:t>
            </w:r>
          </w:p>
          <w:p w14:paraId="3F55129D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hidrotehnice</w:t>
            </w:r>
          </w:p>
          <w:p w14:paraId="3DB7F2E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miniere</w:t>
            </w:r>
          </w:p>
          <w:p w14:paraId="54EDF735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alte lucrări inginerești necesare realizării unor obiective de interes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71054C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funciară actualizat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 plan de situație propus, cu amprenta la sol a corpurilor</w:t>
            </w:r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>de clădire</w:t>
            </w:r>
            <w:r>
              <w:rPr>
                <w:sz w:val="16"/>
                <w:lang w:val="fr-FR"/>
              </w:rPr>
              <w:t xml:space="preserve"> propuse spre construire /desființare / extindere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>☐ plan de încadrare în zonă</w:t>
            </w:r>
            <w:r w:rsidR="00745F29">
              <w:rPr>
                <w:sz w:val="16"/>
                <w:lang w:val="fr-FR"/>
              </w:rPr>
              <w:t xml:space="preserve"> în sistem Stereo 70</w:t>
            </w:r>
            <w:r w:rsidRPr="00232B9E">
              <w:rPr>
                <w:sz w:val="16"/>
                <w:lang w:val="fr-FR"/>
              </w:rPr>
              <w:t xml:space="preserve">     ☐ descrierea succintă a investiției     ☐ împuternicirea, dacă este cazul</w:t>
            </w:r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71054C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r>
              <w:rPr>
                <w:b/>
                <w:color w:val="0D5F78"/>
              </w:rPr>
              <w:t>Solicitantul</w:t>
            </w:r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r>
              <w:rPr>
                <w:b/>
                <w:color w:val="0D5F78"/>
              </w:rPr>
              <w:t>Semnătura</w:t>
            </w:r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CFA56" w14:textId="77777777" w:rsidR="000400FB" w:rsidRDefault="000400FB">
      <w:r>
        <w:separator/>
      </w:r>
    </w:p>
  </w:endnote>
  <w:endnote w:type="continuationSeparator" w:id="0">
    <w:p w14:paraId="44FEB59C" w14:textId="77777777" w:rsidR="000400FB" w:rsidRDefault="00040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Footer"/>
      <w:tabs>
        <w:tab w:val="right" w:pos="9639"/>
      </w:tabs>
    </w:pPr>
    <w:r>
      <w:rPr>
        <w:color w:val="595959"/>
      </w:rPr>
      <w:t>F_CU_04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BC5E8" w14:textId="77777777" w:rsidR="000400FB" w:rsidRDefault="000400FB">
      <w:r>
        <w:separator/>
      </w:r>
    </w:p>
  </w:footnote>
  <w:footnote w:type="continuationSeparator" w:id="0">
    <w:p w14:paraId="23B09FCD" w14:textId="77777777" w:rsidR="000400FB" w:rsidRDefault="00040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0FB"/>
    <w:rsid w:val="0006063C"/>
    <w:rsid w:val="000C0F2E"/>
    <w:rsid w:val="0011444F"/>
    <w:rsid w:val="0015074B"/>
    <w:rsid w:val="00162EF2"/>
    <w:rsid w:val="001908F5"/>
    <w:rsid w:val="00191572"/>
    <w:rsid w:val="001B66B3"/>
    <w:rsid w:val="00200AB0"/>
    <w:rsid w:val="002111C4"/>
    <w:rsid w:val="00232B9E"/>
    <w:rsid w:val="0029639D"/>
    <w:rsid w:val="002E3AD3"/>
    <w:rsid w:val="00326F90"/>
    <w:rsid w:val="003A0B2F"/>
    <w:rsid w:val="004232B2"/>
    <w:rsid w:val="004408E8"/>
    <w:rsid w:val="00462384"/>
    <w:rsid w:val="004767E6"/>
    <w:rsid w:val="004B1106"/>
    <w:rsid w:val="006C103E"/>
    <w:rsid w:val="006E1C82"/>
    <w:rsid w:val="0071054C"/>
    <w:rsid w:val="00736103"/>
    <w:rsid w:val="00745F29"/>
    <w:rsid w:val="00850B64"/>
    <w:rsid w:val="00911827"/>
    <w:rsid w:val="00917520"/>
    <w:rsid w:val="009511F8"/>
    <w:rsid w:val="00A256C2"/>
    <w:rsid w:val="00AA1D8D"/>
    <w:rsid w:val="00B47730"/>
    <w:rsid w:val="00B539EB"/>
    <w:rsid w:val="00BD4241"/>
    <w:rsid w:val="00BE763D"/>
    <w:rsid w:val="00CB0664"/>
    <w:rsid w:val="00CD7FEB"/>
    <w:rsid w:val="00D50DD0"/>
    <w:rsid w:val="00ED7268"/>
    <w:rsid w:val="00F424E3"/>
    <w:rsid w:val="00F54D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539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595</Words>
  <Characters>3398</Characters>
  <Application>Microsoft Office Word</Application>
  <DocSecurity>0</DocSecurity>
  <Lines>28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Dezvoltare</cp:lastModifiedBy>
  <cp:revision>7</cp:revision>
  <dcterms:created xsi:type="dcterms:W3CDTF">2026-09-02T07:45:00Z</dcterms:created>
  <dcterms:modified xsi:type="dcterms:W3CDTF">2026-10-09T10:31:00Z</dcterms:modified>
  <cp:category/>
</cp:coreProperties>
</file>