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A0503" w14:paraId="19649A1E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3F5E92EA" w14:textId="225D0D50" w:rsidR="00DA0503" w:rsidRDefault="00A14173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6D474A0" wp14:editId="13B84324">
                  <wp:simplePos x="0" y="0"/>
                  <wp:positionH relativeFrom="margin">
                    <wp:posOffset>24765</wp:posOffset>
                  </wp:positionH>
                  <wp:positionV relativeFrom="paragraph">
                    <wp:posOffset>-23495</wp:posOffset>
                  </wp:positionV>
                  <wp:extent cx="850265" cy="1195070"/>
                  <wp:effectExtent l="0" t="0" r="6985" b="508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65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A36F513" w14:textId="53AB2C80" w:rsidR="00DA0503" w:rsidRDefault="00DA0503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A14173">
              <w:rPr>
                <w:b/>
                <w:bCs/>
                <w:sz w:val="20"/>
                <w:szCs w:val="20"/>
              </w:rPr>
              <w:t>MUREȘ</w:t>
            </w:r>
          </w:p>
        </w:tc>
      </w:tr>
      <w:tr w:rsidR="00DA0503" w:rsidRPr="00A14173" w14:paraId="273808F8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43793DED" w14:textId="77777777" w:rsidR="00DA0503" w:rsidRDefault="00DA0503" w:rsidP="001C4405"/>
        </w:tc>
        <w:tc>
          <w:tcPr>
            <w:tcW w:w="8030" w:type="dxa"/>
            <w:gridSpan w:val="3"/>
            <w:shd w:val="clear" w:color="auto" w:fill="F0F0F0"/>
          </w:tcPr>
          <w:p w14:paraId="1D497C73" w14:textId="0AEA30C9" w:rsidR="00DA0503" w:rsidRPr="00A14173" w:rsidRDefault="00DA0503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A14173">
              <w:rPr>
                <w:b/>
                <w:color w:val="0D5F78"/>
                <w:lang w:val="pt-PT"/>
              </w:rPr>
              <w:t xml:space="preserve">Autoritatea administrației publice    </w:t>
            </w:r>
            <w:r w:rsidR="00A14173" w:rsidRPr="00717475">
              <w:rPr>
                <w:b/>
                <w:sz w:val="20"/>
                <w:szCs w:val="20"/>
                <w:lang w:val="pt-PT"/>
              </w:rPr>
              <w:t>PRIMĂRIA COMUNEI SÂNPAUL</w:t>
            </w:r>
          </w:p>
        </w:tc>
      </w:tr>
      <w:tr w:rsidR="00DA0503" w:rsidRPr="00A14173" w14:paraId="09C575AB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2BBCC69F" w14:textId="77777777" w:rsidR="00DA0503" w:rsidRPr="00A14173" w:rsidRDefault="00DA0503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041C81E8" w14:textId="77777777" w:rsidR="00DA0503" w:rsidRPr="00343BBA" w:rsidRDefault="00DA0503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54B040FA" w14:textId="2BFC90B8" w:rsidR="00DA0503" w:rsidRPr="00681BF0" w:rsidRDefault="00A14173" w:rsidP="000A7C07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717475">
              <w:rPr>
                <w:b/>
                <w:spacing w:val="-2"/>
                <w:w w:val="105"/>
                <w:sz w:val="20"/>
                <w:szCs w:val="20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B98A4B" w14:textId="77777777" w:rsidR="00DA0503" w:rsidRPr="004F799F" w:rsidRDefault="00DA0503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3E42DA66" w14:textId="77777777" w:rsidR="00A14173" w:rsidRPr="000D2FE9" w:rsidRDefault="00A14173" w:rsidP="00A14173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</w:t>
            </w:r>
            <w:proofErr w:type="gramStart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A, 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judeţul</w:t>
            </w:r>
            <w:proofErr w:type="spellEnd"/>
            <w:proofErr w:type="gram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Mureș</w:t>
            </w:r>
            <w:proofErr w:type="spell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cod</w:t>
            </w:r>
            <w:proofErr w:type="spell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D2FE9">
              <w:rPr>
                <w:b/>
                <w:bCs/>
                <w:sz w:val="18"/>
                <w:szCs w:val="18"/>
                <w:lang w:val="fr-FR"/>
              </w:rPr>
              <w:t>poștal</w:t>
            </w:r>
            <w:proofErr w:type="spell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547550</w:t>
            </w:r>
          </w:p>
          <w:p w14:paraId="4D09BDDC" w14:textId="25C140AA" w:rsidR="00DA0503" w:rsidRPr="004F799F" w:rsidRDefault="00A14173" w:rsidP="00A14173">
            <w:pPr>
              <w:keepNext/>
              <w:rPr>
                <w:lang w:val="fr-FR"/>
              </w:rPr>
            </w:pPr>
            <w:proofErr w:type="gramStart"/>
            <w:r>
              <w:rPr>
                <w:b/>
                <w:bCs/>
                <w:sz w:val="18"/>
                <w:szCs w:val="18"/>
                <w:lang w:val="fr-FR"/>
              </w:rPr>
              <w:t>e-mail</w:t>
            </w:r>
            <w:proofErr w:type="gramEnd"/>
            <w:r>
              <w:rPr>
                <w:b/>
                <w:bCs/>
                <w:sz w:val="18"/>
                <w:szCs w:val="18"/>
                <w:lang w:val="fr-FR"/>
              </w:rPr>
              <w:t xml:space="preserve"> : </w:t>
            </w: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DA0503" w14:paraId="10F2BAFE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773FE54E" w14:textId="77777777" w:rsidR="00DA0503" w:rsidRPr="004F799F" w:rsidRDefault="00DA0503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694CC669" w14:textId="77777777" w:rsidR="00DA0503" w:rsidRDefault="00DA0503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64ABB2" w14:textId="77777777" w:rsidR="00DA0503" w:rsidRDefault="00DA0503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4E1BA7AD" w14:textId="77777777" w:rsidR="00DA0503" w:rsidRDefault="00DA0503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5FC73CA" w14:textId="77777777" w:rsidR="00DA0503" w:rsidRDefault="00DA0503" w:rsidP="001C4405">
            <w:pPr>
              <w:keepNext/>
            </w:pPr>
          </w:p>
        </w:tc>
      </w:tr>
      <w:tr w:rsidR="00DA0503" w:rsidRPr="00A14173" w14:paraId="4D55B9B7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AFC5500" w14:textId="77777777" w:rsidR="00DA0503" w:rsidRPr="00343BBA" w:rsidRDefault="00DA0503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FADD9B" w14:textId="77777777" w:rsidR="00C85C0B" w:rsidRPr="00DA0503" w:rsidRDefault="00000000">
      <w:pPr>
        <w:spacing w:before="140" w:after="40"/>
        <w:jc w:val="center"/>
        <w:rPr>
          <w:sz w:val="28"/>
          <w:szCs w:val="28"/>
          <w:lang w:val="it-IT"/>
        </w:rPr>
      </w:pPr>
      <w:r w:rsidRPr="00DA0503">
        <w:rPr>
          <w:b/>
          <w:sz w:val="28"/>
          <w:szCs w:val="28"/>
          <w:lang w:val="it-IT"/>
        </w:rPr>
        <w:t>ÎNȘTIINȚARE</w:t>
      </w:r>
    </w:p>
    <w:p w14:paraId="49143762" w14:textId="77777777" w:rsidR="00C85C0B" w:rsidRPr="00DA0503" w:rsidRDefault="00000000">
      <w:pPr>
        <w:spacing w:after="120"/>
        <w:jc w:val="center"/>
        <w:rPr>
          <w:lang w:val="it-IT"/>
        </w:rPr>
      </w:pPr>
      <w:r w:rsidRPr="00DA0503">
        <w:rPr>
          <w:sz w:val="19"/>
          <w:lang w:val="it-IT"/>
        </w:rPr>
        <w:t>privind finalizarea lucrărilor notificate și solicitarea participării reprezentantului UAT la recepție</w:t>
      </w:r>
    </w:p>
    <w:p w14:paraId="279D8DA9" w14:textId="77777777" w:rsidR="00C85C0B" w:rsidRPr="00DA0503" w:rsidRDefault="00C85C0B">
      <w:pPr>
        <w:spacing w:after="60"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 w:rsidRPr="00DA0503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DA0503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662B31C" w14:textId="1B9C9045" w:rsidR="00C85C0B" w:rsidRPr="00A14173" w:rsidRDefault="00A14173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A14173">
              <w:rPr>
                <w:b/>
                <w:bCs/>
                <w:sz w:val="20"/>
                <w:szCs w:val="20"/>
                <w:lang w:val="fr-FR"/>
              </w:rPr>
              <w:t>PRIMĂRIA COMUNEI SÂNPAUL</w:t>
            </w:r>
          </w:p>
        </w:tc>
      </w:tr>
      <w:tr w:rsidR="00C85C0B" w:rsidRPr="00A14173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4F5D2719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DA0503" w:rsidRDefault="00000000">
            <w:pPr>
              <w:keepNext/>
              <w:rPr>
                <w:lang w:val="it-IT"/>
              </w:rPr>
            </w:pPr>
            <w:r w:rsidRPr="00DA0503">
              <w:rPr>
                <w:b/>
                <w:color w:val="0D5F78"/>
                <w:lang w:val="it-IT"/>
              </w:rPr>
              <w:t>Data începerii lucrărilor</w:t>
            </w:r>
          </w:p>
          <w:p w14:paraId="2D6D470D" w14:textId="77777777" w:rsidR="00C85C0B" w:rsidRPr="00DA0503" w:rsidRDefault="00000000">
            <w:pPr>
              <w:keepNext/>
              <w:rPr>
                <w:lang w:val="it-IT"/>
              </w:rPr>
            </w:pPr>
            <w:r w:rsidRPr="00DA0503">
              <w:rPr>
                <w:i/>
                <w:color w:val="7A7A7A"/>
                <w:lang w:val="it-IT"/>
              </w:rPr>
              <w:t>se declară aici</w:t>
            </w:r>
          </w:p>
          <w:p w14:paraId="544B9697" w14:textId="77777777" w:rsidR="00C85C0B" w:rsidRPr="00DA0503" w:rsidRDefault="00C85C0B">
            <w:pPr>
              <w:keepNext/>
              <w:rPr>
                <w:lang w:val="it-IT"/>
              </w:rPr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0244" w14:textId="77777777" w:rsidR="00D62ACA" w:rsidRDefault="00D62ACA">
      <w:r>
        <w:separator/>
      </w:r>
    </w:p>
  </w:endnote>
  <w:endnote w:type="continuationSeparator" w:id="0">
    <w:p w14:paraId="6E79D607" w14:textId="77777777" w:rsidR="00D62ACA" w:rsidRDefault="00D6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27AA" w14:textId="77777777" w:rsidR="00D62ACA" w:rsidRDefault="00D62ACA">
      <w:r>
        <w:separator/>
      </w:r>
    </w:p>
  </w:footnote>
  <w:footnote w:type="continuationSeparator" w:id="0">
    <w:p w14:paraId="2D6901A2" w14:textId="77777777" w:rsidR="00D62ACA" w:rsidRDefault="00D62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C07"/>
    <w:rsid w:val="0015074B"/>
    <w:rsid w:val="00150E80"/>
    <w:rsid w:val="001E410C"/>
    <w:rsid w:val="00243E2F"/>
    <w:rsid w:val="0029639D"/>
    <w:rsid w:val="00326F90"/>
    <w:rsid w:val="0035361E"/>
    <w:rsid w:val="003A7070"/>
    <w:rsid w:val="003F0F62"/>
    <w:rsid w:val="004B1106"/>
    <w:rsid w:val="004E1BDA"/>
    <w:rsid w:val="005C02E4"/>
    <w:rsid w:val="005F38D0"/>
    <w:rsid w:val="007A302B"/>
    <w:rsid w:val="00860629"/>
    <w:rsid w:val="00911827"/>
    <w:rsid w:val="00A14173"/>
    <w:rsid w:val="00A15463"/>
    <w:rsid w:val="00AA1D8D"/>
    <w:rsid w:val="00B47730"/>
    <w:rsid w:val="00B94163"/>
    <w:rsid w:val="00BE763D"/>
    <w:rsid w:val="00C85C0B"/>
    <w:rsid w:val="00CB0664"/>
    <w:rsid w:val="00D62ACA"/>
    <w:rsid w:val="00DA0503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A0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3</cp:revision>
  <dcterms:created xsi:type="dcterms:W3CDTF">2026-09-02T07:48:00Z</dcterms:created>
  <dcterms:modified xsi:type="dcterms:W3CDTF">2026-10-09T10:27:00Z</dcterms:modified>
  <cp:category/>
</cp:coreProperties>
</file>